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3092A" w14:textId="7ECEF0CA" w:rsidR="00713F36" w:rsidRDefault="00000000">
      <w:pPr>
        <w:pStyle w:val="Title"/>
      </w:pPr>
      <w:r>
        <w:t>Miniatures in Modern Design</w:t>
      </w:r>
    </w:p>
    <w:p w14:paraId="65529D83" w14:textId="20D04846" w:rsidR="00F60BB1" w:rsidRDefault="00000000">
      <w:r>
        <w:t>Selections from The Eloise Kruger Gallery of Miniatures</w:t>
      </w:r>
    </w:p>
    <w:p w14:paraId="7AA3F715" w14:textId="0AF34546" w:rsidR="00F60BB1" w:rsidRDefault="00F60BB1"/>
    <w:p w14:paraId="137785A8" w14:textId="52413642" w:rsidR="00713F36" w:rsidRDefault="00F60BB1">
      <w:r>
        <w:rPr>
          <w:noProof/>
        </w:rPr>
        <w:drawing>
          <wp:anchor distT="0" distB="0" distL="114300" distR="114300" simplePos="0" relativeHeight="251800064" behindDoc="1" locked="0" layoutInCell="1" allowOverlap="1" wp14:anchorId="7B296795" wp14:editId="59CFCD18">
            <wp:simplePos x="0" y="0"/>
            <wp:positionH relativeFrom="column">
              <wp:posOffset>-228600</wp:posOffset>
            </wp:positionH>
            <wp:positionV relativeFrom="paragraph">
              <wp:posOffset>335280</wp:posOffset>
            </wp:positionV>
            <wp:extent cx="5753100" cy="4262015"/>
            <wp:effectExtent l="0" t="0" r="0" b="5715"/>
            <wp:wrapNone/>
            <wp:docPr id="1045865595" name="Picture 8" descr="A black and brown chair and ott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78009" name="Picture 8" descr="A black and brown chair and ottoman"/>
                    <pic:cNvPicPr/>
                  </pic:nvPicPr>
                  <pic:blipFill rotWithShape="1">
                    <a:blip r:embed="rId6"/>
                    <a:srcRect t="25918"/>
                    <a:stretch>
                      <a:fillRect/>
                    </a:stretch>
                  </pic:blipFill>
                  <pic:spPr bwMode="auto">
                    <a:xfrm>
                      <a:off x="0" y="0"/>
                      <a:ext cx="5753100" cy="4262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r>
      <w:r>
        <w:br/>
      </w:r>
    </w:p>
    <w:p w14:paraId="7B538C05" w14:textId="414D2C3C" w:rsidR="00F60BB1" w:rsidRDefault="00F60BB1"/>
    <w:p w14:paraId="716FD2E7" w14:textId="2B79B766" w:rsidR="00F60BB1" w:rsidRDefault="00F60BB1"/>
    <w:p w14:paraId="56690475" w14:textId="1A9518AB" w:rsidR="00F60BB1" w:rsidRDefault="00F60BB1"/>
    <w:p w14:paraId="565F4563" w14:textId="1EC4E297" w:rsidR="00F60BB1" w:rsidRDefault="00F60BB1"/>
    <w:p w14:paraId="32FDC47B" w14:textId="388E92E6" w:rsidR="00F60BB1" w:rsidRDefault="00F60BB1"/>
    <w:p w14:paraId="391E127B" w14:textId="7FA15356" w:rsidR="00F60BB1" w:rsidRDefault="00F60BB1"/>
    <w:p w14:paraId="14A10A04" w14:textId="295F9B14" w:rsidR="00F60BB1" w:rsidRDefault="00F60BB1"/>
    <w:p w14:paraId="794A6226" w14:textId="290E9019" w:rsidR="00F60BB1" w:rsidRDefault="00F60BB1"/>
    <w:p w14:paraId="7BCB1D03" w14:textId="373CAC5D" w:rsidR="00F60BB1" w:rsidRDefault="00F60BB1"/>
    <w:p w14:paraId="355798CB" w14:textId="3145AAFA" w:rsidR="00F60BB1" w:rsidRDefault="00F60BB1"/>
    <w:p w14:paraId="59F5623A" w14:textId="7D8C88CF" w:rsidR="00F60BB1" w:rsidRDefault="00F60BB1"/>
    <w:p w14:paraId="0C971AED" w14:textId="77777777" w:rsidR="00F60BB1" w:rsidRDefault="00F60BB1"/>
    <w:p w14:paraId="797B4B85" w14:textId="7F4C8404" w:rsidR="00F60BB1" w:rsidRDefault="00F60BB1"/>
    <w:p w14:paraId="3783CE76" w14:textId="77777777" w:rsidR="00F60BB1" w:rsidRDefault="00F60BB1"/>
    <w:p w14:paraId="115621B8" w14:textId="4A40E7CE" w:rsidR="00F60BB1" w:rsidRDefault="00F60BB1"/>
    <w:p w14:paraId="45C50AD5" w14:textId="53CD082F" w:rsidR="00F60BB1" w:rsidRDefault="00EA0379">
      <w:r>
        <w:rPr>
          <w:b/>
          <w:bCs/>
          <w:noProof/>
        </w:rPr>
        <w:drawing>
          <wp:anchor distT="0" distB="0" distL="114300" distR="114300" simplePos="0" relativeHeight="251808256" behindDoc="1" locked="0" layoutInCell="1" allowOverlap="1" wp14:anchorId="56188E6E" wp14:editId="3D799E51">
            <wp:simplePos x="0" y="0"/>
            <wp:positionH relativeFrom="column">
              <wp:posOffset>-266700</wp:posOffset>
            </wp:positionH>
            <wp:positionV relativeFrom="page">
              <wp:posOffset>7908925</wp:posOffset>
            </wp:positionV>
            <wp:extent cx="990600" cy="984885"/>
            <wp:effectExtent l="0" t="0" r="0" b="5715"/>
            <wp:wrapNone/>
            <wp:docPr id="1001701621" name="Picture 44" descr="Nebraska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01621" name="Picture 44" descr="Nebraska N"/>
                    <pic:cNvPicPr/>
                  </pic:nvPicPr>
                  <pic:blipFill>
                    <a:blip r:embed="rId7"/>
                    <a:stretch>
                      <a:fillRect/>
                    </a:stretch>
                  </pic:blipFill>
                  <pic:spPr>
                    <a:xfrm>
                      <a:off x="0" y="0"/>
                      <a:ext cx="990600" cy="984885"/>
                    </a:xfrm>
                    <a:prstGeom prst="rect">
                      <a:avLst/>
                    </a:prstGeom>
                  </pic:spPr>
                </pic:pic>
              </a:graphicData>
            </a:graphic>
            <wp14:sizeRelH relativeFrom="margin">
              <wp14:pctWidth>0</wp14:pctWidth>
            </wp14:sizeRelH>
            <wp14:sizeRelV relativeFrom="margin">
              <wp14:pctHeight>0</wp14:pctHeight>
            </wp14:sizeRelV>
          </wp:anchor>
        </w:drawing>
      </w:r>
    </w:p>
    <w:p w14:paraId="22223A49" w14:textId="1C1B8A65" w:rsidR="00EA0379" w:rsidRDefault="00EA0379" w:rsidP="00EA0379">
      <w:pPr>
        <w:spacing w:after="0"/>
        <w:ind w:left="720" w:firstLine="720"/>
        <w:rPr>
          <w:b/>
          <w:bCs/>
        </w:rPr>
      </w:pPr>
      <w:r>
        <w:rPr>
          <w:b/>
          <w:bCs/>
        </w:rPr>
        <w:t>University of Nebraska – Lincoln</w:t>
      </w:r>
    </w:p>
    <w:p w14:paraId="664A99BD" w14:textId="0A7DC3A7" w:rsidR="00EA0379" w:rsidRDefault="00EA0379" w:rsidP="00EA0379">
      <w:pPr>
        <w:spacing w:after="0"/>
        <w:ind w:left="720" w:firstLine="720"/>
        <w:rPr>
          <w:b/>
          <w:bCs/>
        </w:rPr>
      </w:pPr>
      <w:r w:rsidRPr="00EA0379">
        <w:rPr>
          <w:b/>
          <w:bCs/>
        </w:rPr>
        <w:t>School of Global Integrative Studies</w:t>
      </w:r>
    </w:p>
    <w:p w14:paraId="46C0CED5" w14:textId="39C2A51B" w:rsidR="00EA0379" w:rsidRPr="00EA0379" w:rsidRDefault="00EA0379" w:rsidP="00EA0379">
      <w:pPr>
        <w:spacing w:after="0"/>
        <w:ind w:left="720" w:firstLine="720"/>
        <w:rPr>
          <w:b/>
          <w:bCs/>
        </w:rPr>
      </w:pPr>
      <w:r>
        <w:rPr>
          <w:b/>
          <w:bCs/>
        </w:rPr>
        <w:t>Eloise Kruger Gallery of Miniatures</w:t>
      </w:r>
    </w:p>
    <w:p w14:paraId="6B4F2B96" w14:textId="53715E34" w:rsidR="00713F36" w:rsidRDefault="00EA0379" w:rsidP="00EA0379">
      <w:pPr>
        <w:ind w:left="1440"/>
      </w:pPr>
      <w:r w:rsidRPr="00EA0379">
        <w:t>8</w:t>
      </w:r>
      <w:r>
        <w:t>31</w:t>
      </w:r>
      <w:r w:rsidRPr="00EA0379">
        <w:t xml:space="preserve"> Oldfather Hall</w:t>
      </w:r>
      <w:r w:rsidRPr="00EA0379">
        <w:br/>
        <w:t>Lincoln, NE 68588-0368</w:t>
      </w:r>
    </w:p>
    <w:p w14:paraId="1998BC93" w14:textId="1A2F0972" w:rsidR="00CE5BAC" w:rsidRDefault="00000000" w:rsidP="00EA0379">
      <w:pPr>
        <w:pStyle w:val="Heading1"/>
      </w:pPr>
      <w:r>
        <w:lastRenderedPageBreak/>
        <w:t>Welcome</w:t>
      </w:r>
    </w:p>
    <w:p w14:paraId="35A1B2B3" w14:textId="77777777" w:rsidR="00EA0379" w:rsidRPr="00EA0379" w:rsidRDefault="00EA0379" w:rsidP="00EA0379"/>
    <w:p w14:paraId="00C4B5A2" w14:textId="77777777" w:rsidR="00CE5BAC" w:rsidRDefault="00000000">
      <w:r>
        <w:t>Welcome to Miniatures in Modern Design. The Eloise Kruger Gallery of Miniatures is delighted to share this collection with you. These works reflect not only the artistry of miniature craftsmanship, but also the creativity and vision of the designers whose full-scale pieces shaped the history of modern design.</w:t>
      </w:r>
      <w:r>
        <w:br/>
      </w:r>
      <w:r>
        <w:br/>
        <w:t xml:space="preserve">We are especially grateful to David and Terrie Irvin, Al Stone, the Eloise Kruger Charitable Trust, </w:t>
      </w:r>
      <w:r w:rsidR="00CE5BAC">
        <w:t>and</w:t>
      </w:r>
      <w:r>
        <w:t xml:space="preserve"> other private donors, whose generosity makes this exhibition possible.</w:t>
      </w:r>
      <w:r w:rsidR="00CE5BAC">
        <w:t xml:space="preserve"> </w:t>
      </w:r>
      <w:r>
        <w:t xml:space="preserve">Their gifts ensure that the gallery continues to serve as a place of learning, curiosity, and appreciation for the art of miniatures. </w:t>
      </w:r>
    </w:p>
    <w:p w14:paraId="00D2B8A9" w14:textId="5B26F653" w:rsidR="00713F36" w:rsidRDefault="00000000">
      <w:r>
        <w:t>We invite you to look closely, notice the details, and enjoy the remarkable world of design—at a scale that brings wonder to the eye and imagination to the mind.</w:t>
      </w:r>
    </w:p>
    <w:p w14:paraId="1BC0A28D" w14:textId="4844B281" w:rsidR="00CE5BAC" w:rsidRDefault="00CE5BAC">
      <w:r>
        <w:t>In addition to donating many of the objects on view, David and Terrie Irvin also provided the gallery’s lighted display cases, which allow these miniatures to be enjoyed in their finest detail.</w:t>
      </w:r>
    </w:p>
    <w:p w14:paraId="2F02E2FE" w14:textId="2A3AE598" w:rsidR="00713F36" w:rsidRDefault="00CE5BAC">
      <w:r>
        <w:rPr>
          <w:noProof/>
        </w:rPr>
        <w:drawing>
          <wp:anchor distT="0" distB="0" distL="114300" distR="114300" simplePos="0" relativeHeight="251802112" behindDoc="1" locked="0" layoutInCell="1" allowOverlap="1" wp14:anchorId="56A3318B" wp14:editId="120A38AC">
            <wp:simplePos x="0" y="0"/>
            <wp:positionH relativeFrom="column">
              <wp:posOffset>-421640</wp:posOffset>
            </wp:positionH>
            <wp:positionV relativeFrom="paragraph">
              <wp:posOffset>516890</wp:posOffset>
            </wp:positionV>
            <wp:extent cx="6565900" cy="3939540"/>
            <wp:effectExtent l="0" t="0" r="6350" b="3810"/>
            <wp:wrapNone/>
            <wp:docPr id="212895075" name="Picture 41" descr="A silver shaped chaise lounge with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04927" name="Picture 41" descr="A silver shaped chaise lounge with legs"/>
                    <pic:cNvPicPr/>
                  </pic:nvPicPr>
                  <pic:blipFill rotWithShape="1">
                    <a:blip r:embed="rId8"/>
                    <a:srcRect l="416" t="31666" r="-416" b="8334"/>
                    <a:stretch>
                      <a:fillRect/>
                    </a:stretch>
                  </pic:blipFill>
                  <pic:spPr bwMode="auto">
                    <a:xfrm>
                      <a:off x="0" y="0"/>
                      <a:ext cx="6565900" cy="3939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1CCAFB93" w14:textId="77777777" w:rsidR="00713F36" w:rsidRDefault="00000000">
      <w:pPr>
        <w:pStyle w:val="Heading1"/>
      </w:pPr>
      <w:r>
        <w:lastRenderedPageBreak/>
        <w:t>Curatorial Statement</w:t>
      </w:r>
    </w:p>
    <w:p w14:paraId="2A9106C6" w14:textId="77777777" w:rsidR="00CE5BAC" w:rsidRPr="00CE5BAC" w:rsidRDefault="00CE5BAC" w:rsidP="00CE5BAC"/>
    <w:p w14:paraId="3221F874" w14:textId="77777777" w:rsidR="00713F36" w:rsidRDefault="00000000">
      <w:r>
        <w:t>This exhibition highlights a unique collection of 1:6 scale miniatures donated to The Eloise Kruger Gallery of Miniatures by generous supporters, including David and Terrie Irvin, Al Stone, and the Eloise Kruger Charitable Trust.</w:t>
      </w:r>
      <w:r>
        <w:br/>
      </w:r>
      <w:r>
        <w:br/>
        <w:t>Crafted with meticulous attention to detail, most of these miniatures were produced by the Vitra Design Museum, renowned for its recreations of iconic modern furniture and design. Each piece embodies the innovation, craftsmanship, and playful spirit of twentieth-century design, distilled into collectible form.</w:t>
      </w:r>
      <w:r>
        <w:br/>
      </w:r>
      <w:r>
        <w:br/>
        <w:t>Together, the collection offers not only a celebration of design history, but also a testament to the generosity of donors who continue to expand the gallery’s holdings for study, inspiration, and enjoyment.</w:t>
      </w:r>
    </w:p>
    <w:p w14:paraId="5C454541" w14:textId="7D407F01" w:rsidR="00713F36" w:rsidRDefault="00CE5BAC">
      <w:r>
        <w:rPr>
          <w:noProof/>
        </w:rPr>
        <w:drawing>
          <wp:anchor distT="0" distB="0" distL="114300" distR="114300" simplePos="0" relativeHeight="251804160" behindDoc="1" locked="0" layoutInCell="1" allowOverlap="1" wp14:anchorId="42D83C40" wp14:editId="583C0BD3">
            <wp:simplePos x="0" y="0"/>
            <wp:positionH relativeFrom="column">
              <wp:posOffset>190500</wp:posOffset>
            </wp:positionH>
            <wp:positionV relativeFrom="paragraph">
              <wp:posOffset>484505</wp:posOffset>
            </wp:positionV>
            <wp:extent cx="5097780" cy="5097780"/>
            <wp:effectExtent l="0" t="0" r="7620" b="7620"/>
            <wp:wrapNone/>
            <wp:docPr id="1294594022" name="Picture 23" descr="A group of colorful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13129" name="Picture 23" descr="A group of colorful chairs"/>
                    <pic:cNvPicPr/>
                  </pic:nvPicPr>
                  <pic:blipFill>
                    <a:blip r:embed="rId9"/>
                    <a:stretch>
                      <a:fillRect/>
                    </a:stretch>
                  </pic:blipFill>
                  <pic:spPr>
                    <a:xfrm>
                      <a:off x="0" y="0"/>
                      <a:ext cx="5097780" cy="509778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87EBF44" w14:textId="0A868BE8" w:rsidR="00713F36" w:rsidRPr="00EA0379" w:rsidRDefault="00000000">
      <w:pPr>
        <w:pStyle w:val="Heading1"/>
        <w:rPr>
          <w:sz w:val="36"/>
          <w:szCs w:val="36"/>
        </w:rPr>
      </w:pPr>
      <w:r w:rsidRPr="00EA0379">
        <w:rPr>
          <w:sz w:val="36"/>
          <w:szCs w:val="36"/>
        </w:rPr>
        <w:lastRenderedPageBreak/>
        <w:t>Works in the Exhibition</w:t>
      </w:r>
    </w:p>
    <w:p w14:paraId="02AB11A1" w14:textId="66B1F4F5" w:rsidR="004C402F" w:rsidRDefault="00F353D0" w:rsidP="004C402F">
      <w:r>
        <w:rPr>
          <w:noProof/>
        </w:rPr>
        <w:drawing>
          <wp:anchor distT="0" distB="0" distL="114300" distR="114300" simplePos="0" relativeHeight="251515392" behindDoc="1" locked="0" layoutInCell="1" allowOverlap="1" wp14:anchorId="23E1A370" wp14:editId="0DC97F85">
            <wp:simplePos x="0" y="0"/>
            <wp:positionH relativeFrom="column">
              <wp:posOffset>2278380</wp:posOffset>
            </wp:positionH>
            <wp:positionV relativeFrom="paragraph">
              <wp:posOffset>37465</wp:posOffset>
            </wp:positionV>
            <wp:extent cx="1935480" cy="2248771"/>
            <wp:effectExtent l="0" t="0" r="7620" b="0"/>
            <wp:wrapNone/>
            <wp:docPr id="1728786067" name="Picture 1" descr="FOG Arm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86067" name="Picture 1" descr="FOG Armchair"/>
                    <pic:cNvPicPr/>
                  </pic:nvPicPr>
                  <pic:blipFill>
                    <a:blip r:embed="rId10"/>
                    <a:stretch>
                      <a:fillRect/>
                    </a:stretch>
                  </pic:blipFill>
                  <pic:spPr>
                    <a:xfrm>
                      <a:off x="0" y="0"/>
                      <a:ext cx="1935480" cy="2248771"/>
                    </a:xfrm>
                    <a:prstGeom prst="rect">
                      <a:avLst/>
                    </a:prstGeom>
                  </pic:spPr>
                </pic:pic>
              </a:graphicData>
            </a:graphic>
            <wp14:sizeRelH relativeFrom="margin">
              <wp14:pctWidth>0</wp14:pctWidth>
            </wp14:sizeRelH>
            <wp14:sizeRelV relativeFrom="margin">
              <wp14:pctHeight>0</wp14:pctHeight>
            </wp14:sizeRelV>
          </wp:anchor>
        </w:drawing>
      </w:r>
    </w:p>
    <w:p w14:paraId="53E89C9A" w14:textId="043B4C4E" w:rsidR="004C402F" w:rsidRPr="004C402F" w:rsidRDefault="004C402F" w:rsidP="004C402F"/>
    <w:p w14:paraId="00EFF7BA" w14:textId="18450275" w:rsidR="00713F36" w:rsidRPr="001F7A3A" w:rsidRDefault="00781D1D" w:rsidP="00F353D0">
      <w:pPr>
        <w:pStyle w:val="Heading2"/>
        <w:ind w:firstLine="720"/>
        <w:rPr>
          <w:color w:val="244061" w:themeColor="accent1" w:themeShade="80"/>
        </w:rPr>
      </w:pPr>
      <w:r w:rsidRPr="001F7A3A">
        <w:rPr>
          <w:color w:val="244061" w:themeColor="accent1" w:themeShade="80"/>
        </w:rPr>
        <w:t xml:space="preserve">2001.2; FOG Armchair, 1999 </w:t>
      </w:r>
    </w:p>
    <w:p w14:paraId="2EAC8529" w14:textId="44CFBB1A" w:rsidR="00713F36" w:rsidRDefault="00000000" w:rsidP="00F353D0">
      <w:pPr>
        <w:ind w:left="720"/>
      </w:pPr>
      <w:r>
        <w:t xml:space="preserve">Designer: </w:t>
      </w:r>
      <w:r w:rsidR="00781D1D">
        <w:t>Frank Gehry</w:t>
      </w:r>
      <w:r>
        <w:br/>
        <w:t>Maker</w:t>
      </w:r>
      <w:r w:rsidR="00781D1D">
        <w:t>: Knoll Design Studio</w:t>
      </w:r>
      <w:r>
        <w:br/>
        <w:t xml:space="preserve">Material: </w:t>
      </w:r>
      <w:r w:rsidR="00EA0379">
        <w:t>s</w:t>
      </w:r>
      <w:r w:rsidR="00781D1D">
        <w:t xml:space="preserve">tainless </w:t>
      </w:r>
      <w:r w:rsidR="00EA0379">
        <w:t>s</w:t>
      </w:r>
      <w:r w:rsidR="00781D1D">
        <w:t>teel</w:t>
      </w:r>
      <w:r>
        <w:br/>
        <w:t xml:space="preserve">Donor: </w:t>
      </w:r>
      <w:r w:rsidR="00781D1D">
        <w:t>Knoll, Inc.</w:t>
      </w:r>
      <w:r>
        <w:br/>
      </w:r>
    </w:p>
    <w:p w14:paraId="00DFD4EC" w14:textId="65043E17" w:rsidR="004C402F" w:rsidRDefault="004C402F"/>
    <w:p w14:paraId="00044974" w14:textId="76E4BCBA" w:rsidR="004C402F" w:rsidRDefault="000317C6">
      <w:r>
        <w:rPr>
          <w:noProof/>
        </w:rPr>
        <w:drawing>
          <wp:anchor distT="0" distB="0" distL="114300" distR="114300" simplePos="0" relativeHeight="251522560" behindDoc="0" locked="0" layoutInCell="1" allowOverlap="1" wp14:anchorId="048E935B" wp14:editId="011F427B">
            <wp:simplePos x="0" y="0"/>
            <wp:positionH relativeFrom="column">
              <wp:posOffset>998220</wp:posOffset>
            </wp:positionH>
            <wp:positionV relativeFrom="paragraph">
              <wp:posOffset>114935</wp:posOffset>
            </wp:positionV>
            <wp:extent cx="1661160" cy="1661160"/>
            <wp:effectExtent l="0" t="0" r="0" b="0"/>
            <wp:wrapNone/>
            <wp:docPr id="1383658969" name="Picture 3" descr="A green stool with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58969" name="Picture 3" descr="A green stool with legs"/>
                    <pic:cNvPicPr/>
                  </pic:nvPicPr>
                  <pic:blipFill>
                    <a:blip r:embed="rId11"/>
                    <a:stretch>
                      <a:fillRect/>
                    </a:stretch>
                  </pic:blipFill>
                  <pic:spPr>
                    <a:xfrm>
                      <a:off x="0" y="0"/>
                      <a:ext cx="1661160" cy="1661160"/>
                    </a:xfrm>
                    <a:prstGeom prst="rect">
                      <a:avLst/>
                    </a:prstGeom>
                  </pic:spPr>
                </pic:pic>
              </a:graphicData>
            </a:graphic>
            <wp14:sizeRelH relativeFrom="margin">
              <wp14:pctWidth>0</wp14:pctWidth>
            </wp14:sizeRelH>
            <wp14:sizeRelV relativeFrom="margin">
              <wp14:pctHeight>0</wp14:pctHeight>
            </wp14:sizeRelV>
          </wp:anchor>
        </w:drawing>
      </w:r>
    </w:p>
    <w:p w14:paraId="0108654E" w14:textId="08CB3609" w:rsidR="00713F36" w:rsidRPr="001F7A3A" w:rsidRDefault="00781D1D" w:rsidP="000317C6">
      <w:pPr>
        <w:pStyle w:val="Heading2"/>
        <w:ind w:left="3600" w:firstLine="720"/>
        <w:rPr>
          <w:color w:val="244061" w:themeColor="accent1" w:themeShade="80"/>
        </w:rPr>
      </w:pPr>
      <w:r w:rsidRPr="001F7A3A">
        <w:rPr>
          <w:color w:val="244061" w:themeColor="accent1" w:themeShade="80"/>
        </w:rPr>
        <w:t>2005.1; W.W. Stool, 1990</w:t>
      </w:r>
    </w:p>
    <w:p w14:paraId="3A231826" w14:textId="2A9407C2" w:rsidR="00713F36" w:rsidRDefault="00000000" w:rsidP="000317C6">
      <w:pPr>
        <w:ind w:left="4320"/>
      </w:pPr>
      <w:r>
        <w:t xml:space="preserve">Designer: </w:t>
      </w:r>
      <w:r w:rsidR="00781D1D">
        <w:t>Philippe Starck</w:t>
      </w:r>
      <w:r>
        <w:br/>
        <w:t>Maker:</w:t>
      </w:r>
      <w:r w:rsidR="00781D1D">
        <w:t xml:space="preserve">  </w:t>
      </w:r>
      <w:r>
        <w:t>Vitra Design Museum</w:t>
      </w:r>
      <w:r>
        <w:br/>
        <w:t xml:space="preserve">Material: </w:t>
      </w:r>
      <w:r w:rsidR="00EA0379">
        <w:t>metal, varnish</w:t>
      </w:r>
      <w:r>
        <w:br/>
        <w:t xml:space="preserve">Donor: </w:t>
      </w:r>
      <w:r w:rsidR="00EA0379">
        <w:t>Eloise Kruger Charitable Trust</w:t>
      </w:r>
    </w:p>
    <w:p w14:paraId="6F622B7A" w14:textId="1DC3901B" w:rsidR="00713F36" w:rsidRDefault="00EA0379">
      <w:r>
        <w:rPr>
          <w:noProof/>
        </w:rPr>
        <w:drawing>
          <wp:anchor distT="0" distB="0" distL="114300" distR="114300" simplePos="0" relativeHeight="251536896" behindDoc="0" locked="0" layoutInCell="1" allowOverlap="1" wp14:anchorId="23FD31CC" wp14:editId="0B54498E">
            <wp:simplePos x="0" y="0"/>
            <wp:positionH relativeFrom="column">
              <wp:posOffset>3093720</wp:posOffset>
            </wp:positionH>
            <wp:positionV relativeFrom="paragraph">
              <wp:posOffset>386715</wp:posOffset>
            </wp:positionV>
            <wp:extent cx="2080260" cy="2080260"/>
            <wp:effectExtent l="0" t="0" r="0" b="0"/>
            <wp:wrapNone/>
            <wp:docPr id="1126157059" name="Picture 5" descr="A chair with a round seat and a rou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57059" name="Picture 5" descr="A chair with a round seat and a round back"/>
                    <pic:cNvPicPr/>
                  </pic:nvPicPr>
                  <pic:blipFill>
                    <a:blip r:embed="rId12"/>
                    <a:stretch>
                      <a:fillRect/>
                    </a:stretch>
                  </pic:blipFill>
                  <pic:spPr>
                    <a:xfrm>
                      <a:off x="0" y="0"/>
                      <a:ext cx="2080260" cy="2080260"/>
                    </a:xfrm>
                    <a:prstGeom prst="rect">
                      <a:avLst/>
                    </a:prstGeom>
                  </pic:spPr>
                </pic:pic>
              </a:graphicData>
            </a:graphic>
            <wp14:sizeRelH relativeFrom="margin">
              <wp14:pctWidth>0</wp14:pctWidth>
            </wp14:sizeRelH>
            <wp14:sizeRelV relativeFrom="margin">
              <wp14:pctHeight>0</wp14:pctHeight>
            </wp14:sizeRelV>
          </wp:anchor>
        </w:drawing>
      </w:r>
      <w:r>
        <w:br/>
      </w:r>
    </w:p>
    <w:p w14:paraId="02D5B1B5" w14:textId="0B60DB23" w:rsidR="004C402F" w:rsidRDefault="004C402F"/>
    <w:p w14:paraId="1D0C50E9" w14:textId="63AFA0FA" w:rsidR="00713F36" w:rsidRPr="001F7A3A" w:rsidRDefault="004C402F" w:rsidP="00EA0379">
      <w:pPr>
        <w:pStyle w:val="Heading2"/>
        <w:ind w:firstLine="720"/>
        <w:rPr>
          <w:color w:val="244061" w:themeColor="accent1" w:themeShade="80"/>
        </w:rPr>
      </w:pPr>
      <w:r w:rsidRPr="001F7A3A">
        <w:rPr>
          <w:color w:val="244061" w:themeColor="accent1" w:themeShade="80"/>
        </w:rPr>
        <w:t>2005.2; First, 1983</w:t>
      </w:r>
    </w:p>
    <w:p w14:paraId="7C88CA84" w14:textId="4DF60F77" w:rsidR="00713F36" w:rsidRDefault="00000000" w:rsidP="00EA0379">
      <w:pPr>
        <w:ind w:left="720"/>
      </w:pPr>
      <w:r>
        <w:t xml:space="preserve">Designer: </w:t>
      </w:r>
      <w:r w:rsidR="00EA0379">
        <w:t>Michele De Lucchi</w:t>
      </w:r>
      <w:r>
        <w:br/>
        <w:t xml:space="preserve">Maker: </w:t>
      </w:r>
      <w:r w:rsidR="00EA0379">
        <w:t>Vitra Design Museum</w:t>
      </w:r>
      <w:r>
        <w:br/>
        <w:t xml:space="preserve">Material: </w:t>
      </w:r>
      <w:r w:rsidR="00EA0379">
        <w:t>metal, wood, paint</w:t>
      </w:r>
      <w:r>
        <w:br/>
        <w:t xml:space="preserve">Donor: </w:t>
      </w:r>
      <w:r w:rsidR="00EA0379">
        <w:t>Eloise Kruger Charitable Trust</w:t>
      </w:r>
    </w:p>
    <w:p w14:paraId="26CE1BEC" w14:textId="24186F40" w:rsidR="00713F36" w:rsidRDefault="00456075">
      <w:r>
        <w:rPr>
          <w:noProof/>
        </w:rPr>
        <w:drawing>
          <wp:anchor distT="0" distB="0" distL="114300" distR="114300" simplePos="0" relativeHeight="251559424" behindDoc="1" locked="0" layoutInCell="1" allowOverlap="1" wp14:anchorId="64618476" wp14:editId="6EE0D910">
            <wp:simplePos x="0" y="0"/>
            <wp:positionH relativeFrom="column">
              <wp:posOffset>-701040</wp:posOffset>
            </wp:positionH>
            <wp:positionV relativeFrom="paragraph">
              <wp:posOffset>299720</wp:posOffset>
            </wp:positionV>
            <wp:extent cx="2682240" cy="2474686"/>
            <wp:effectExtent l="0" t="0" r="3810" b="1905"/>
            <wp:wrapNone/>
            <wp:docPr id="1582355134" name="Picture 6" descr="A black leather chair with metal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355134" name="Picture 6" descr="A black leather chair with metal legs"/>
                    <pic:cNvPicPr/>
                  </pic:nvPicPr>
                  <pic:blipFill rotWithShape="1">
                    <a:blip r:embed="rId13"/>
                    <a:srcRect l="18114" t="19382" r="18095" b="-1"/>
                    <a:stretch>
                      <a:fillRect/>
                    </a:stretch>
                  </pic:blipFill>
                  <pic:spPr bwMode="auto">
                    <a:xfrm>
                      <a:off x="0" y="0"/>
                      <a:ext cx="2682240" cy="24746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r>
    </w:p>
    <w:p w14:paraId="5A7ECF19" w14:textId="1C668567" w:rsidR="004C402F" w:rsidRDefault="004C402F"/>
    <w:p w14:paraId="615F5E17" w14:textId="4EB1D136" w:rsidR="004C402F" w:rsidRDefault="004C402F"/>
    <w:p w14:paraId="666B76EC" w14:textId="36E2830B" w:rsidR="00713F36" w:rsidRPr="001F7A3A" w:rsidRDefault="004C402F" w:rsidP="00456075">
      <w:pPr>
        <w:pStyle w:val="Heading2"/>
        <w:ind w:left="2160" w:firstLine="720"/>
        <w:rPr>
          <w:color w:val="244061" w:themeColor="accent1" w:themeShade="80"/>
        </w:rPr>
      </w:pPr>
      <w:r w:rsidRPr="001F7A3A">
        <w:rPr>
          <w:color w:val="244061" w:themeColor="accent1" w:themeShade="80"/>
        </w:rPr>
        <w:t xml:space="preserve">2008.1; Grand </w:t>
      </w:r>
      <w:proofErr w:type="spellStart"/>
      <w:r w:rsidRPr="001F7A3A">
        <w:rPr>
          <w:color w:val="244061" w:themeColor="accent1" w:themeShade="80"/>
        </w:rPr>
        <w:t>Confort</w:t>
      </w:r>
      <w:proofErr w:type="spellEnd"/>
    </w:p>
    <w:p w14:paraId="72874972" w14:textId="5C57F31D" w:rsidR="00713F36" w:rsidRDefault="00000000" w:rsidP="00EA0379">
      <w:pPr>
        <w:ind w:left="2880"/>
      </w:pPr>
      <w:r>
        <w:t xml:space="preserve">Designer: </w:t>
      </w:r>
      <w:r w:rsidR="00EA0379">
        <w:t xml:space="preserve">Le Corbusier, Pierre Jeanneret </w:t>
      </w:r>
      <w:r w:rsidR="00456075">
        <w:t xml:space="preserve">&amp; </w:t>
      </w:r>
      <w:r w:rsidR="00EA0379">
        <w:t xml:space="preserve">Charlotte </w:t>
      </w:r>
      <w:proofErr w:type="spellStart"/>
      <w:r w:rsidR="00EA0379">
        <w:t>Perriand</w:t>
      </w:r>
      <w:proofErr w:type="spellEnd"/>
      <w:r>
        <w:br/>
        <w:t xml:space="preserve">Maker: </w:t>
      </w:r>
      <w:r w:rsidR="00456075">
        <w:t>Vitra Design Museum</w:t>
      </w:r>
      <w:r>
        <w:br/>
        <w:t xml:space="preserve">Material: </w:t>
      </w:r>
      <w:r w:rsidR="00456075">
        <w:t>nickel-plated tubular steel, leather</w:t>
      </w:r>
      <w:r>
        <w:br/>
        <w:t xml:space="preserve">Donor: </w:t>
      </w:r>
      <w:r w:rsidR="00456075">
        <w:t>Eloise Kruger Charitable Trust</w:t>
      </w:r>
      <w:r>
        <w:br/>
      </w:r>
    </w:p>
    <w:p w14:paraId="2DFD4BCA" w14:textId="387F8AC7" w:rsidR="00713F36" w:rsidRPr="001F7A3A" w:rsidRDefault="00456075" w:rsidP="004C402F">
      <w:pPr>
        <w:pStyle w:val="Heading2"/>
        <w:rPr>
          <w:color w:val="244061" w:themeColor="accent1" w:themeShade="80"/>
        </w:rPr>
      </w:pPr>
      <w:r>
        <w:rPr>
          <w:noProof/>
        </w:rPr>
        <w:lastRenderedPageBreak/>
        <w:drawing>
          <wp:anchor distT="0" distB="0" distL="114300" distR="114300" simplePos="0" relativeHeight="251567616" behindDoc="1" locked="0" layoutInCell="1" allowOverlap="1" wp14:anchorId="31014460" wp14:editId="6E2896C1">
            <wp:simplePos x="0" y="0"/>
            <wp:positionH relativeFrom="column">
              <wp:posOffset>2141220</wp:posOffset>
            </wp:positionH>
            <wp:positionV relativeFrom="paragraph">
              <wp:posOffset>-762000</wp:posOffset>
            </wp:positionV>
            <wp:extent cx="2903220" cy="2455868"/>
            <wp:effectExtent l="0" t="0" r="0" b="1905"/>
            <wp:wrapNone/>
            <wp:docPr id="1536553956" name="Picture 7" descr="A brown leather chair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53956" name="Picture 7" descr="A brown leather chair on a white background"/>
                    <pic:cNvPicPr/>
                  </pic:nvPicPr>
                  <pic:blipFill rotWithShape="1">
                    <a:blip r:embed="rId14"/>
                    <a:srcRect l="13012" t="28261" r="10362" b="6763"/>
                    <a:stretch>
                      <a:fillRect/>
                    </a:stretch>
                  </pic:blipFill>
                  <pic:spPr bwMode="auto">
                    <a:xfrm>
                      <a:off x="0" y="0"/>
                      <a:ext cx="2903220" cy="24558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402F" w:rsidRPr="001F7A3A">
        <w:rPr>
          <w:color w:val="244061" w:themeColor="accent1" w:themeShade="80"/>
        </w:rPr>
        <w:t>2008.2; MR 90 Barcelona, 1929</w:t>
      </w:r>
    </w:p>
    <w:p w14:paraId="69514352" w14:textId="1D2535B2" w:rsidR="00713F36" w:rsidRDefault="00000000">
      <w:r>
        <w:t xml:space="preserve">Designer: </w:t>
      </w:r>
      <w:r w:rsidR="00456075">
        <w:t>Ludwig Mies van der Rohe</w:t>
      </w:r>
      <w:r>
        <w:br/>
        <w:t>Maker: Vitra Design Museum</w:t>
      </w:r>
      <w:r>
        <w:br/>
        <w:t>Material:</w:t>
      </w:r>
      <w:r w:rsidR="00456075">
        <w:t xml:space="preserve"> steel, leather</w:t>
      </w:r>
      <w:r>
        <w:br/>
        <w:t xml:space="preserve">Donor: </w:t>
      </w:r>
      <w:r w:rsidR="00456075">
        <w:t>Eloise Kruger Charitable Trust</w:t>
      </w:r>
    </w:p>
    <w:p w14:paraId="75758B80" w14:textId="0983118C" w:rsidR="004C402F" w:rsidRDefault="004C402F"/>
    <w:p w14:paraId="53893D1D" w14:textId="3789B1ED" w:rsidR="004C402F" w:rsidRDefault="00456075">
      <w:r>
        <w:rPr>
          <w:noProof/>
        </w:rPr>
        <w:drawing>
          <wp:anchor distT="0" distB="0" distL="114300" distR="114300" simplePos="0" relativeHeight="251575808" behindDoc="1" locked="0" layoutInCell="1" allowOverlap="1" wp14:anchorId="6E4F3898" wp14:editId="2FDE4DBF">
            <wp:simplePos x="0" y="0"/>
            <wp:positionH relativeFrom="column">
              <wp:posOffset>2628900</wp:posOffset>
            </wp:positionH>
            <wp:positionV relativeFrom="paragraph">
              <wp:posOffset>226060</wp:posOffset>
            </wp:positionV>
            <wp:extent cx="3528060" cy="2148840"/>
            <wp:effectExtent l="0" t="0" r="0" b="3810"/>
            <wp:wrapNone/>
            <wp:docPr id="246478009" name="Picture 8" descr="A black and brown chair and ott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78009" name="Picture 8" descr="A black and brown chair and ottoman"/>
                    <pic:cNvPicPr/>
                  </pic:nvPicPr>
                  <pic:blipFill rotWithShape="1">
                    <a:blip r:embed="rId6"/>
                    <a:srcRect t="33261" b="5831"/>
                    <a:stretch>
                      <a:fillRect/>
                    </a:stretch>
                  </pic:blipFill>
                  <pic:spPr bwMode="auto">
                    <a:xfrm>
                      <a:off x="0" y="0"/>
                      <a:ext cx="3528060" cy="21488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r>
    </w:p>
    <w:p w14:paraId="2B572212" w14:textId="6DDBEC42" w:rsidR="00713F36" w:rsidRPr="001F7A3A" w:rsidRDefault="00B765FE" w:rsidP="000317C6">
      <w:pPr>
        <w:pStyle w:val="Heading2"/>
        <w:rPr>
          <w:color w:val="244061" w:themeColor="accent1" w:themeShade="80"/>
        </w:rPr>
      </w:pPr>
      <w:r w:rsidRPr="001F7A3A">
        <w:rPr>
          <w:color w:val="244061" w:themeColor="accent1" w:themeShade="80"/>
        </w:rPr>
        <w:t xml:space="preserve">2010.4 a, b; No. 670 Lounge Chair &amp; </w:t>
      </w:r>
      <w:r w:rsidR="00875116" w:rsidRPr="001F7A3A">
        <w:rPr>
          <w:color w:val="244061" w:themeColor="accent1" w:themeShade="80"/>
        </w:rPr>
        <w:t xml:space="preserve">No. 671 </w:t>
      </w:r>
      <w:r w:rsidRPr="001F7A3A">
        <w:rPr>
          <w:color w:val="244061" w:themeColor="accent1" w:themeShade="80"/>
        </w:rPr>
        <w:t>Ottoman</w:t>
      </w:r>
    </w:p>
    <w:p w14:paraId="48C2E481" w14:textId="74B66322" w:rsidR="00713F36" w:rsidRDefault="00000000">
      <w:r>
        <w:t xml:space="preserve">Designer: </w:t>
      </w:r>
      <w:r w:rsidR="00456075">
        <w:t>Charles &amp; Ray Eames</w:t>
      </w:r>
      <w:r>
        <w:br/>
        <w:t>Maker: Vitra Design Museum</w:t>
      </w:r>
      <w:r>
        <w:br/>
        <w:t xml:space="preserve">Material: </w:t>
      </w:r>
      <w:r w:rsidR="00456075">
        <w:t>bent plywood, cast aluminum, leather</w:t>
      </w:r>
      <w:r>
        <w:br/>
        <w:t xml:space="preserve">Donor: </w:t>
      </w:r>
      <w:r w:rsidR="00456075">
        <w:t>David &amp; Terrie Irvi</w:t>
      </w:r>
      <w:r w:rsidR="00AE536E">
        <w:t>n</w:t>
      </w:r>
    </w:p>
    <w:p w14:paraId="77C50C24" w14:textId="0E2FB51D" w:rsidR="00713F36" w:rsidRDefault="00000000">
      <w:r>
        <w:br/>
      </w:r>
    </w:p>
    <w:p w14:paraId="73A47582" w14:textId="5743CA50" w:rsidR="000317C6" w:rsidRDefault="00AE536E">
      <w:r>
        <w:rPr>
          <w:noProof/>
        </w:rPr>
        <w:drawing>
          <wp:anchor distT="0" distB="0" distL="114300" distR="114300" simplePos="0" relativeHeight="251588096" behindDoc="1" locked="0" layoutInCell="1" allowOverlap="1" wp14:anchorId="59EBCDE2" wp14:editId="5E578C26">
            <wp:simplePos x="0" y="0"/>
            <wp:positionH relativeFrom="column">
              <wp:posOffset>114300</wp:posOffset>
            </wp:positionH>
            <wp:positionV relativeFrom="page">
              <wp:posOffset>4464685</wp:posOffset>
            </wp:positionV>
            <wp:extent cx="2232660" cy="2533650"/>
            <wp:effectExtent l="0" t="0" r="0" b="0"/>
            <wp:wrapNone/>
            <wp:docPr id="705577628" name="Picture 9" descr="A white and red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77628" name="Picture 9" descr="A white and red chair"/>
                    <pic:cNvPicPr/>
                  </pic:nvPicPr>
                  <pic:blipFill rotWithShape="1">
                    <a:blip r:embed="rId15"/>
                    <a:srcRect l="19846" t="28762" r="21108" b="4231"/>
                    <a:stretch>
                      <a:fillRect/>
                    </a:stretch>
                  </pic:blipFill>
                  <pic:spPr bwMode="auto">
                    <a:xfrm>
                      <a:off x="0" y="0"/>
                      <a:ext cx="2232660"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59A8F8" w14:textId="7AFE1C5D" w:rsidR="000317C6" w:rsidRDefault="000317C6"/>
    <w:p w14:paraId="69F7B7FA" w14:textId="77777777" w:rsidR="00AE536E" w:rsidRPr="001F7A3A" w:rsidRDefault="00AE536E" w:rsidP="000317C6">
      <w:pPr>
        <w:pStyle w:val="Heading2"/>
        <w:ind w:left="3600" w:firstLine="720"/>
        <w:rPr>
          <w:color w:val="244061" w:themeColor="accent1" w:themeShade="80"/>
        </w:rPr>
      </w:pPr>
    </w:p>
    <w:p w14:paraId="1C97B12B" w14:textId="108F713C" w:rsidR="000317C6" w:rsidRPr="001F7A3A" w:rsidRDefault="000317C6" w:rsidP="00AE536E">
      <w:pPr>
        <w:pStyle w:val="Heading2"/>
        <w:ind w:left="2880" w:firstLine="720"/>
        <w:rPr>
          <w:color w:val="244061" w:themeColor="accent1" w:themeShade="80"/>
        </w:rPr>
      </w:pPr>
      <w:r w:rsidRPr="001F7A3A">
        <w:rPr>
          <w:color w:val="244061" w:themeColor="accent1" w:themeShade="80"/>
        </w:rPr>
        <w:t>2010.5; Tulip Chair, 1956</w:t>
      </w:r>
    </w:p>
    <w:p w14:paraId="02746F41" w14:textId="2346BA8E" w:rsidR="000317C6" w:rsidRDefault="000317C6" w:rsidP="00AE536E">
      <w:pPr>
        <w:ind w:left="3600"/>
      </w:pPr>
      <w:r>
        <w:t xml:space="preserve">Designer: </w:t>
      </w:r>
      <w:r w:rsidR="00AE536E">
        <w:t>Eero Saarinen</w:t>
      </w:r>
      <w:r>
        <w:br/>
        <w:t>Maker: Vitra Design Museum</w:t>
      </w:r>
      <w:r>
        <w:br/>
        <w:t xml:space="preserve">Material: </w:t>
      </w:r>
      <w:r w:rsidR="00AE536E">
        <w:t>lacquered polyurethane, aluminum, fabric</w:t>
      </w:r>
      <w:r>
        <w:br/>
        <w:t xml:space="preserve">Donor: </w:t>
      </w:r>
      <w:r w:rsidR="00AE536E">
        <w:t>David &amp; Terrie Irvin</w:t>
      </w:r>
    </w:p>
    <w:p w14:paraId="507D7047" w14:textId="06A97E2C" w:rsidR="000317C6" w:rsidRDefault="000317C6" w:rsidP="000317C6">
      <w:pPr>
        <w:pStyle w:val="Heading2"/>
      </w:pPr>
    </w:p>
    <w:p w14:paraId="4DC18D84" w14:textId="28F43497" w:rsidR="000317C6" w:rsidRDefault="000317C6" w:rsidP="000317C6">
      <w:pPr>
        <w:pStyle w:val="Heading2"/>
      </w:pPr>
    </w:p>
    <w:p w14:paraId="710845EB" w14:textId="072A783A" w:rsidR="000317C6" w:rsidRDefault="000317C6" w:rsidP="000317C6">
      <w:pPr>
        <w:pStyle w:val="Heading2"/>
      </w:pPr>
    </w:p>
    <w:p w14:paraId="7768965B" w14:textId="697022D5" w:rsidR="000317C6" w:rsidRPr="001F7A3A" w:rsidRDefault="00AE536E" w:rsidP="000317C6">
      <w:pPr>
        <w:pStyle w:val="Heading2"/>
        <w:rPr>
          <w:color w:val="244061" w:themeColor="accent1" w:themeShade="80"/>
        </w:rPr>
      </w:pPr>
      <w:r>
        <w:rPr>
          <w:noProof/>
        </w:rPr>
        <w:drawing>
          <wp:anchor distT="0" distB="0" distL="114300" distR="114300" simplePos="0" relativeHeight="251618816" behindDoc="1" locked="0" layoutInCell="1" allowOverlap="1" wp14:anchorId="4F8DF52E" wp14:editId="1F6F3EE6">
            <wp:simplePos x="0" y="0"/>
            <wp:positionH relativeFrom="column">
              <wp:posOffset>3039745</wp:posOffset>
            </wp:positionH>
            <wp:positionV relativeFrom="paragraph">
              <wp:posOffset>306070</wp:posOffset>
            </wp:positionV>
            <wp:extent cx="2647527" cy="1310526"/>
            <wp:effectExtent l="0" t="0" r="635" b="4445"/>
            <wp:wrapNone/>
            <wp:docPr id="1190977568" name="Picture 14" descr="Noguchi Table in Ch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977568" name="Picture 14" descr="Noguchi Table in Cherry"/>
                    <pic:cNvPicPr/>
                  </pic:nvPicPr>
                  <pic:blipFill>
                    <a:blip r:embed="rId16"/>
                    <a:stretch>
                      <a:fillRect/>
                    </a:stretch>
                  </pic:blipFill>
                  <pic:spPr>
                    <a:xfrm>
                      <a:off x="0" y="0"/>
                      <a:ext cx="2647527" cy="1310526"/>
                    </a:xfrm>
                    <a:prstGeom prst="rect">
                      <a:avLst/>
                    </a:prstGeom>
                  </pic:spPr>
                </pic:pic>
              </a:graphicData>
            </a:graphic>
            <wp14:sizeRelH relativeFrom="margin">
              <wp14:pctWidth>0</wp14:pctWidth>
            </wp14:sizeRelH>
            <wp14:sizeRelV relativeFrom="margin">
              <wp14:pctHeight>0</wp14:pctHeight>
            </wp14:sizeRelV>
          </wp:anchor>
        </w:drawing>
      </w:r>
    </w:p>
    <w:p w14:paraId="28A15B3B" w14:textId="3D89C5A5" w:rsidR="000317C6" w:rsidRPr="001F7A3A" w:rsidRDefault="000317C6" w:rsidP="000317C6">
      <w:pPr>
        <w:pStyle w:val="Heading2"/>
        <w:rPr>
          <w:color w:val="244061" w:themeColor="accent1" w:themeShade="80"/>
        </w:rPr>
      </w:pPr>
      <w:r w:rsidRPr="001F7A3A">
        <w:rPr>
          <w:color w:val="244061" w:themeColor="accent1" w:themeShade="80"/>
        </w:rPr>
        <w:t>2011.1; Noguchi Table in Cherry, 1947</w:t>
      </w:r>
    </w:p>
    <w:p w14:paraId="0D413798" w14:textId="42EA5610" w:rsidR="000317C6" w:rsidRDefault="000317C6" w:rsidP="000317C6">
      <w:r>
        <w:t xml:space="preserve">Designer: </w:t>
      </w:r>
      <w:r w:rsidR="00AE536E">
        <w:t>Isamu Noguchi</w:t>
      </w:r>
      <w:r>
        <w:br/>
        <w:t xml:space="preserve">Maker: </w:t>
      </w:r>
      <w:r w:rsidR="00AE536E">
        <w:t>Paris Renfroe Design</w:t>
      </w:r>
      <w:r>
        <w:br/>
        <w:t xml:space="preserve">Material: </w:t>
      </w:r>
      <w:r w:rsidR="00AE536E">
        <w:t>acrylic, cherrywood</w:t>
      </w:r>
      <w:r>
        <w:br/>
        <w:t xml:space="preserve">Donor: </w:t>
      </w:r>
      <w:r w:rsidR="00AE536E">
        <w:t>Eloise Kruger Charitable Trust</w:t>
      </w:r>
    </w:p>
    <w:p w14:paraId="3F578BB7" w14:textId="5F3A6A37" w:rsidR="000317C6" w:rsidRDefault="00AE536E">
      <w:r>
        <w:rPr>
          <w:noProof/>
        </w:rPr>
        <w:lastRenderedPageBreak/>
        <w:drawing>
          <wp:anchor distT="0" distB="0" distL="114300" distR="114300" simplePos="0" relativeHeight="251602432" behindDoc="1" locked="0" layoutInCell="1" allowOverlap="1" wp14:anchorId="14A3D482" wp14:editId="493D97BF">
            <wp:simplePos x="0" y="0"/>
            <wp:positionH relativeFrom="column">
              <wp:posOffset>1981200</wp:posOffset>
            </wp:positionH>
            <wp:positionV relativeFrom="paragraph">
              <wp:posOffset>-516255</wp:posOffset>
            </wp:positionV>
            <wp:extent cx="2719789" cy="2530664"/>
            <wp:effectExtent l="0" t="0" r="4445" b="3175"/>
            <wp:wrapNone/>
            <wp:docPr id="1783894050" name="Picture 12" descr="A wooden chair with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94050" name="Picture 12" descr="A wooden chair with legs"/>
                    <pic:cNvPicPr/>
                  </pic:nvPicPr>
                  <pic:blipFill rotWithShape="1">
                    <a:blip r:embed="rId17"/>
                    <a:srcRect l="13547" t="30446" r="12068" b="-1"/>
                    <a:stretch>
                      <a:fillRect/>
                    </a:stretch>
                  </pic:blipFill>
                  <pic:spPr bwMode="auto">
                    <a:xfrm>
                      <a:off x="0" y="0"/>
                      <a:ext cx="2719789" cy="25306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ADBC7C" w14:textId="382ADBAE" w:rsidR="000317C6" w:rsidRPr="001F7A3A" w:rsidRDefault="000317C6" w:rsidP="00AE536E">
      <w:pPr>
        <w:pStyle w:val="Heading2"/>
        <w:ind w:firstLine="720"/>
        <w:rPr>
          <w:color w:val="244061" w:themeColor="accent1" w:themeShade="80"/>
        </w:rPr>
      </w:pPr>
      <w:r w:rsidRPr="001F7A3A">
        <w:rPr>
          <w:color w:val="244061" w:themeColor="accent1" w:themeShade="80"/>
        </w:rPr>
        <w:t>2011.3; LCW, 1945</w:t>
      </w:r>
    </w:p>
    <w:p w14:paraId="6524AE39" w14:textId="1132C637" w:rsidR="000317C6" w:rsidRDefault="000317C6" w:rsidP="00AE536E">
      <w:pPr>
        <w:tabs>
          <w:tab w:val="left" w:pos="5700"/>
        </w:tabs>
        <w:ind w:left="720"/>
      </w:pPr>
      <w:r>
        <w:t>Designer:</w:t>
      </w:r>
      <w:r w:rsidR="00AE536E">
        <w:t xml:space="preserve"> Charles &amp; Ray Eames</w:t>
      </w:r>
      <w:r w:rsidR="00AE536E">
        <w:tab/>
      </w:r>
      <w:r>
        <w:br/>
        <w:t>Maker: Vitra Design Museum</w:t>
      </w:r>
      <w:r>
        <w:br/>
        <w:t xml:space="preserve">Material: </w:t>
      </w:r>
      <w:r w:rsidR="00AE536E">
        <w:t>laminated wood</w:t>
      </w:r>
      <w:r>
        <w:br/>
        <w:t xml:space="preserve">Donor: </w:t>
      </w:r>
      <w:r w:rsidR="00AE536E">
        <w:t>David &amp; Terrie Irvin</w:t>
      </w:r>
    </w:p>
    <w:p w14:paraId="53D1E0E6" w14:textId="64528727" w:rsidR="000317C6" w:rsidRDefault="00AE536E">
      <w:r>
        <w:rPr>
          <w:noProof/>
        </w:rPr>
        <w:drawing>
          <wp:anchor distT="0" distB="0" distL="114300" distR="114300" simplePos="0" relativeHeight="251610624" behindDoc="1" locked="0" layoutInCell="1" allowOverlap="1" wp14:anchorId="3D902AC5" wp14:editId="16713E69">
            <wp:simplePos x="0" y="0"/>
            <wp:positionH relativeFrom="column">
              <wp:posOffset>-190500</wp:posOffset>
            </wp:positionH>
            <wp:positionV relativeFrom="paragraph">
              <wp:posOffset>324485</wp:posOffset>
            </wp:positionV>
            <wp:extent cx="2232660" cy="2507313"/>
            <wp:effectExtent l="0" t="0" r="0" b="7620"/>
            <wp:wrapNone/>
            <wp:docPr id="2072519307" name="Picture 13" descr="A black chair with wooden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19307" name="Picture 13" descr="A black chair with wooden legs"/>
                    <pic:cNvPicPr/>
                  </pic:nvPicPr>
                  <pic:blipFill rotWithShape="1">
                    <a:blip r:embed="rId18"/>
                    <a:srcRect l="19923" t="29909" r="20792" b="3527"/>
                    <a:stretch>
                      <a:fillRect/>
                    </a:stretch>
                  </pic:blipFill>
                  <pic:spPr bwMode="auto">
                    <a:xfrm>
                      <a:off x="0" y="0"/>
                      <a:ext cx="2232660" cy="25073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308700" w14:textId="662CEB7A" w:rsidR="00875116" w:rsidRDefault="00875116"/>
    <w:p w14:paraId="15D84F4E" w14:textId="4D77DA7F" w:rsidR="00875116" w:rsidRDefault="00875116"/>
    <w:p w14:paraId="5CC33125" w14:textId="684D389B" w:rsidR="00875116" w:rsidRDefault="00875116"/>
    <w:p w14:paraId="48CFCE9B" w14:textId="41841422" w:rsidR="00875116" w:rsidRPr="001F7A3A" w:rsidRDefault="00875116" w:rsidP="00AE536E">
      <w:pPr>
        <w:pStyle w:val="Heading2"/>
        <w:ind w:left="2160" w:firstLine="720"/>
        <w:rPr>
          <w:color w:val="244061" w:themeColor="accent1" w:themeShade="80"/>
        </w:rPr>
      </w:pPr>
      <w:r w:rsidRPr="001F7A3A">
        <w:rPr>
          <w:color w:val="244061" w:themeColor="accent1" w:themeShade="80"/>
        </w:rPr>
        <w:t>2011.4; Organic Armchair</w:t>
      </w:r>
      <w:r w:rsidR="00E1206D" w:rsidRPr="001F7A3A">
        <w:rPr>
          <w:color w:val="244061" w:themeColor="accent1" w:themeShade="80"/>
        </w:rPr>
        <w:t xml:space="preserve">, </w:t>
      </w:r>
      <w:r w:rsidRPr="001F7A3A">
        <w:rPr>
          <w:color w:val="244061" w:themeColor="accent1" w:themeShade="80"/>
        </w:rPr>
        <w:t>1940</w:t>
      </w:r>
    </w:p>
    <w:p w14:paraId="6735EC78" w14:textId="02A33807" w:rsidR="00875116" w:rsidRDefault="00875116" w:rsidP="00AE536E">
      <w:pPr>
        <w:ind w:left="2880"/>
      </w:pPr>
      <w:r>
        <w:t xml:space="preserve">Designer: </w:t>
      </w:r>
      <w:r w:rsidR="00AE536E">
        <w:t>Charles Eames, Eero Saarinen</w:t>
      </w:r>
      <w:r>
        <w:br/>
        <w:t>Maker: Vitra Design Museum</w:t>
      </w:r>
      <w:r>
        <w:br/>
        <w:t xml:space="preserve">Material: </w:t>
      </w:r>
      <w:r w:rsidR="00AE536E">
        <w:t>molded plywood, birch wood, foam rubber, fabric</w:t>
      </w:r>
      <w:r>
        <w:br/>
        <w:t xml:space="preserve">Donor: </w:t>
      </w:r>
      <w:r w:rsidR="00AE536E">
        <w:t>David &amp; Terrie Irvin</w:t>
      </w:r>
    </w:p>
    <w:p w14:paraId="2EB39D7B" w14:textId="4832310C" w:rsidR="00875116" w:rsidRDefault="00AE536E">
      <w:r>
        <w:rPr>
          <w:noProof/>
        </w:rPr>
        <w:drawing>
          <wp:anchor distT="0" distB="0" distL="114300" distR="114300" simplePos="0" relativeHeight="251623936" behindDoc="1" locked="0" layoutInCell="1" allowOverlap="1" wp14:anchorId="02C1E82C" wp14:editId="77A32425">
            <wp:simplePos x="0" y="0"/>
            <wp:positionH relativeFrom="column">
              <wp:posOffset>2018665</wp:posOffset>
            </wp:positionH>
            <wp:positionV relativeFrom="paragraph">
              <wp:posOffset>11430</wp:posOffset>
            </wp:positionV>
            <wp:extent cx="3695008" cy="2750820"/>
            <wp:effectExtent l="0" t="0" r="1270" b="0"/>
            <wp:wrapNone/>
            <wp:docPr id="1938821047" name="Picture 15" descr="Diamond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21047" name="Picture 15" descr="Diamond Chair"/>
                    <pic:cNvPicPr/>
                  </pic:nvPicPr>
                  <pic:blipFill rotWithShape="1">
                    <a:blip r:embed="rId19"/>
                    <a:srcRect t="25555"/>
                    <a:stretch>
                      <a:fillRect/>
                    </a:stretch>
                  </pic:blipFill>
                  <pic:spPr bwMode="auto">
                    <a:xfrm>
                      <a:off x="0" y="0"/>
                      <a:ext cx="3695008" cy="2750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2AE70A" w14:textId="3E471660" w:rsidR="00875116" w:rsidRDefault="00875116"/>
    <w:p w14:paraId="528D1074" w14:textId="0A0EB7A6" w:rsidR="00875116" w:rsidRDefault="00875116"/>
    <w:p w14:paraId="3E56FBBD" w14:textId="3CCF6D07" w:rsidR="00875116" w:rsidRPr="001F7A3A" w:rsidRDefault="00875116" w:rsidP="00875116">
      <w:pPr>
        <w:pStyle w:val="Heading2"/>
        <w:rPr>
          <w:color w:val="244061" w:themeColor="accent1" w:themeShade="80"/>
        </w:rPr>
      </w:pPr>
      <w:r w:rsidRPr="001F7A3A">
        <w:rPr>
          <w:color w:val="244061" w:themeColor="accent1" w:themeShade="80"/>
        </w:rPr>
        <w:t>2012.1; Diamond Chair, 1952/53</w:t>
      </w:r>
    </w:p>
    <w:p w14:paraId="2A0463D1" w14:textId="7DC9E436" w:rsidR="00875116" w:rsidRDefault="00875116" w:rsidP="00875116">
      <w:r>
        <w:t xml:space="preserve">Designer: </w:t>
      </w:r>
      <w:r w:rsidR="00AE536E">
        <w:t>Harry Bertoia</w:t>
      </w:r>
      <w:r>
        <w:br/>
        <w:t>Maker: Vitra Design Museum</w:t>
      </w:r>
      <w:r>
        <w:br/>
        <w:t xml:space="preserve">Material: </w:t>
      </w:r>
      <w:r w:rsidR="00AE536E">
        <w:t>steel wire</w:t>
      </w:r>
      <w:r>
        <w:br/>
        <w:t xml:space="preserve">Donor: </w:t>
      </w:r>
      <w:r w:rsidR="00AE536E">
        <w:t>David &amp; Terrie Irvin</w:t>
      </w:r>
    </w:p>
    <w:p w14:paraId="1F8CD6E5" w14:textId="0678EF92" w:rsidR="00875116" w:rsidRPr="001F7A3A" w:rsidRDefault="00AE536E" w:rsidP="00875116">
      <w:pPr>
        <w:pStyle w:val="Heading2"/>
        <w:ind w:left="3600" w:firstLine="720"/>
        <w:rPr>
          <w:color w:val="244061" w:themeColor="accent1" w:themeShade="80"/>
        </w:rPr>
      </w:pPr>
      <w:r>
        <w:rPr>
          <w:noProof/>
        </w:rPr>
        <w:drawing>
          <wp:anchor distT="0" distB="0" distL="114300" distR="114300" simplePos="0" relativeHeight="251632128" behindDoc="1" locked="0" layoutInCell="1" allowOverlap="1" wp14:anchorId="1E003FD2" wp14:editId="770143F7">
            <wp:simplePos x="0" y="0"/>
            <wp:positionH relativeFrom="column">
              <wp:posOffset>-213360</wp:posOffset>
            </wp:positionH>
            <wp:positionV relativeFrom="paragraph">
              <wp:posOffset>381635</wp:posOffset>
            </wp:positionV>
            <wp:extent cx="2991485" cy="2339340"/>
            <wp:effectExtent l="0" t="0" r="0" b="3810"/>
            <wp:wrapNone/>
            <wp:docPr id="1144756030" name="Picture 16" descr="Art 41 Paim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56030" name="Picture 16" descr="Art 41 Paimio"/>
                    <pic:cNvPicPr/>
                  </pic:nvPicPr>
                  <pic:blipFill rotWithShape="1">
                    <a:blip r:embed="rId20"/>
                    <a:srcRect l="13586" t="31941" r="11434" b="9430"/>
                    <a:stretch>
                      <a:fillRect/>
                    </a:stretch>
                  </pic:blipFill>
                  <pic:spPr bwMode="auto">
                    <a:xfrm>
                      <a:off x="0" y="0"/>
                      <a:ext cx="2991485" cy="233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E02F36" w14:textId="1B722EC5" w:rsidR="00875116" w:rsidRPr="001F7A3A" w:rsidRDefault="00875116" w:rsidP="00875116">
      <w:pPr>
        <w:pStyle w:val="Heading2"/>
        <w:ind w:left="3600" w:firstLine="720"/>
        <w:rPr>
          <w:color w:val="244061" w:themeColor="accent1" w:themeShade="80"/>
        </w:rPr>
      </w:pPr>
    </w:p>
    <w:p w14:paraId="7BA7BD9E" w14:textId="385C3F34" w:rsidR="00875116" w:rsidRPr="001F7A3A" w:rsidRDefault="00875116" w:rsidP="00875116">
      <w:pPr>
        <w:pStyle w:val="Heading2"/>
        <w:ind w:left="3600" w:firstLine="720"/>
        <w:rPr>
          <w:color w:val="244061" w:themeColor="accent1" w:themeShade="80"/>
        </w:rPr>
      </w:pPr>
    </w:p>
    <w:p w14:paraId="2BB08BF8" w14:textId="38A08080" w:rsidR="00875116" w:rsidRPr="001F7A3A" w:rsidRDefault="00FA352F" w:rsidP="00AE536E">
      <w:pPr>
        <w:pStyle w:val="Heading2"/>
        <w:ind w:left="3600" w:firstLine="720"/>
        <w:rPr>
          <w:color w:val="244061" w:themeColor="accent1" w:themeShade="80"/>
        </w:rPr>
      </w:pPr>
      <w:r w:rsidRPr="001F7A3A">
        <w:rPr>
          <w:color w:val="244061" w:themeColor="accent1" w:themeShade="80"/>
        </w:rPr>
        <w:t>2012.2; Art 41 Paimio, 1930/31</w:t>
      </w:r>
    </w:p>
    <w:p w14:paraId="2EF6718D" w14:textId="075299AF" w:rsidR="00875116" w:rsidRDefault="00875116" w:rsidP="00875116">
      <w:pPr>
        <w:ind w:left="4320"/>
      </w:pPr>
      <w:r>
        <w:t xml:space="preserve">Designer: </w:t>
      </w:r>
      <w:r w:rsidR="005F0083">
        <w:t>Alvar Aalto</w:t>
      </w:r>
      <w:r>
        <w:br/>
        <w:t>Maker: Vitra Design Museum</w:t>
      </w:r>
      <w:r>
        <w:br/>
        <w:t xml:space="preserve">Material: </w:t>
      </w:r>
      <w:r w:rsidR="005F0083">
        <w:t>plywood, lacquer</w:t>
      </w:r>
      <w:r>
        <w:br/>
        <w:t xml:space="preserve">Donor: </w:t>
      </w:r>
      <w:r w:rsidR="005F0083">
        <w:t>David &amp; Terrie Irvin</w:t>
      </w:r>
    </w:p>
    <w:p w14:paraId="7FAB0307" w14:textId="77777777" w:rsidR="005F0083" w:rsidRDefault="005F0083" w:rsidP="005F0083">
      <w:pPr>
        <w:pStyle w:val="Heading2"/>
      </w:pPr>
    </w:p>
    <w:p w14:paraId="12698A04" w14:textId="0F565FEF" w:rsidR="00FA352F" w:rsidRPr="001F7A3A" w:rsidRDefault="005F0083" w:rsidP="005F0083">
      <w:pPr>
        <w:pStyle w:val="Heading2"/>
        <w:rPr>
          <w:color w:val="244061" w:themeColor="accent1" w:themeShade="80"/>
        </w:rPr>
      </w:pPr>
      <w:r>
        <w:rPr>
          <w:noProof/>
        </w:rPr>
        <w:drawing>
          <wp:anchor distT="0" distB="0" distL="114300" distR="114300" simplePos="0" relativeHeight="251810304" behindDoc="1" locked="0" layoutInCell="1" allowOverlap="1" wp14:anchorId="53325D3F" wp14:editId="73A9FD0A">
            <wp:simplePos x="0" y="0"/>
            <wp:positionH relativeFrom="column">
              <wp:posOffset>2476500</wp:posOffset>
            </wp:positionH>
            <wp:positionV relativeFrom="paragraph">
              <wp:posOffset>-594360</wp:posOffset>
            </wp:positionV>
            <wp:extent cx="2575560" cy="2575560"/>
            <wp:effectExtent l="0" t="0" r="0" b="0"/>
            <wp:wrapNone/>
            <wp:docPr id="1585224103" name="Picture 45" descr="Robi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24103" name="Picture 45" descr="Robie House"/>
                    <pic:cNvPicPr/>
                  </pic:nvPicPr>
                  <pic:blipFill>
                    <a:blip r:embed="rId21"/>
                    <a:stretch>
                      <a:fillRect/>
                    </a:stretch>
                  </pic:blipFill>
                  <pic:spPr>
                    <a:xfrm>
                      <a:off x="0" y="0"/>
                      <a:ext cx="2575560" cy="2575560"/>
                    </a:xfrm>
                    <a:prstGeom prst="rect">
                      <a:avLst/>
                    </a:prstGeom>
                  </pic:spPr>
                </pic:pic>
              </a:graphicData>
            </a:graphic>
            <wp14:sizeRelH relativeFrom="margin">
              <wp14:pctWidth>0</wp14:pctWidth>
            </wp14:sizeRelH>
            <wp14:sizeRelV relativeFrom="margin">
              <wp14:pctHeight>0</wp14:pctHeight>
            </wp14:sizeRelV>
          </wp:anchor>
        </w:drawing>
      </w:r>
      <w:r w:rsidR="00FA352F" w:rsidRPr="001F7A3A">
        <w:rPr>
          <w:color w:val="244061" w:themeColor="accent1" w:themeShade="80"/>
        </w:rPr>
        <w:t>2012.3; Robie House 1, 1908</w:t>
      </w:r>
    </w:p>
    <w:p w14:paraId="75E07AD7" w14:textId="3450C22A" w:rsidR="00FA352F" w:rsidRDefault="00FA352F" w:rsidP="005F0083">
      <w:r>
        <w:t xml:space="preserve">Designer: </w:t>
      </w:r>
      <w:r w:rsidR="005F0083">
        <w:t>Frank Llyod Wright</w:t>
      </w:r>
      <w:r>
        <w:br/>
        <w:t>Maker: Vitra Design Museum</w:t>
      </w:r>
      <w:r>
        <w:br/>
        <w:t xml:space="preserve">Material: </w:t>
      </w:r>
      <w:r w:rsidR="005F0083">
        <w:t>cherrywood, polyurethane foam, fabric</w:t>
      </w:r>
      <w:r>
        <w:br/>
        <w:t xml:space="preserve">Donor: </w:t>
      </w:r>
      <w:r w:rsidR="005F0083">
        <w:t>David &amp; Terrie Irvin</w:t>
      </w:r>
    </w:p>
    <w:p w14:paraId="1C851F19" w14:textId="41761C87" w:rsidR="00FA352F" w:rsidRDefault="00FA352F" w:rsidP="00FA352F">
      <w:pPr>
        <w:pStyle w:val="Heading2"/>
        <w:ind w:left="3600" w:firstLine="720"/>
      </w:pPr>
    </w:p>
    <w:p w14:paraId="32AE8FBD" w14:textId="10C5F34E" w:rsidR="00FA352F" w:rsidRDefault="00FA352F" w:rsidP="00FA352F">
      <w:pPr>
        <w:pStyle w:val="Heading2"/>
        <w:ind w:left="3600" w:firstLine="720"/>
      </w:pPr>
    </w:p>
    <w:p w14:paraId="6DB1EC09" w14:textId="2C9886D9" w:rsidR="00FA352F" w:rsidRDefault="00FA352F" w:rsidP="00FA352F">
      <w:pPr>
        <w:pStyle w:val="Heading2"/>
        <w:ind w:left="3600" w:firstLine="720"/>
      </w:pPr>
    </w:p>
    <w:p w14:paraId="367652AA" w14:textId="7279F5AA" w:rsidR="005F0083" w:rsidRPr="005F0083" w:rsidRDefault="005F0083" w:rsidP="005F0083">
      <w:r>
        <w:rPr>
          <w:noProof/>
        </w:rPr>
        <w:drawing>
          <wp:anchor distT="0" distB="0" distL="114300" distR="114300" simplePos="0" relativeHeight="251642368" behindDoc="1" locked="0" layoutInCell="1" allowOverlap="1" wp14:anchorId="1CDE9DC4" wp14:editId="35CC3371">
            <wp:simplePos x="0" y="0"/>
            <wp:positionH relativeFrom="column">
              <wp:posOffset>-731520</wp:posOffset>
            </wp:positionH>
            <wp:positionV relativeFrom="paragraph">
              <wp:posOffset>171450</wp:posOffset>
            </wp:positionV>
            <wp:extent cx="3152775" cy="2649748"/>
            <wp:effectExtent l="0" t="0" r="0" b="0"/>
            <wp:wrapNone/>
            <wp:docPr id="358690245" name="Picture 19" descr="Marshmallow S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90245" name="Picture 19" descr="Marshmallow Sofa"/>
                    <pic:cNvPicPr/>
                  </pic:nvPicPr>
                  <pic:blipFill rotWithShape="1">
                    <a:blip r:embed="rId22"/>
                    <a:srcRect l="16953" t="35999" r="16954" b="8442"/>
                    <a:stretch>
                      <a:fillRect/>
                    </a:stretch>
                  </pic:blipFill>
                  <pic:spPr bwMode="auto">
                    <a:xfrm>
                      <a:off x="0" y="0"/>
                      <a:ext cx="3152775" cy="26497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1D98D8" w14:textId="7AF6F1C4" w:rsidR="00FA352F" w:rsidRPr="001F7A3A" w:rsidRDefault="00FA352F" w:rsidP="00FA352F">
      <w:pPr>
        <w:pStyle w:val="Heading2"/>
        <w:ind w:left="3600" w:firstLine="720"/>
        <w:rPr>
          <w:color w:val="244061" w:themeColor="accent1" w:themeShade="80"/>
        </w:rPr>
      </w:pPr>
    </w:p>
    <w:p w14:paraId="541DE424" w14:textId="77777777" w:rsidR="005F0083" w:rsidRPr="001F7A3A" w:rsidRDefault="005F0083" w:rsidP="005F0083">
      <w:pPr>
        <w:pStyle w:val="Heading2"/>
        <w:ind w:left="2880" w:firstLine="720"/>
        <w:rPr>
          <w:color w:val="244061" w:themeColor="accent1" w:themeShade="80"/>
        </w:rPr>
      </w:pPr>
    </w:p>
    <w:p w14:paraId="181A3793" w14:textId="56B48C6A" w:rsidR="00FA352F" w:rsidRPr="001F7A3A" w:rsidRDefault="005F0083" w:rsidP="005F0083">
      <w:pPr>
        <w:pStyle w:val="Heading2"/>
        <w:ind w:left="2880" w:firstLine="720"/>
        <w:rPr>
          <w:color w:val="244061" w:themeColor="accent1" w:themeShade="80"/>
        </w:rPr>
      </w:pPr>
      <w:r w:rsidRPr="001F7A3A">
        <w:rPr>
          <w:color w:val="244061" w:themeColor="accent1" w:themeShade="80"/>
        </w:rPr>
        <w:t xml:space="preserve">   </w:t>
      </w:r>
      <w:r w:rsidR="00FA352F" w:rsidRPr="001F7A3A">
        <w:rPr>
          <w:color w:val="244061" w:themeColor="accent1" w:themeShade="80"/>
        </w:rPr>
        <w:t>2012.4; Marshmallow Sofa, 1956</w:t>
      </w:r>
    </w:p>
    <w:p w14:paraId="40D2B62E" w14:textId="1B9FA821" w:rsidR="00FA352F" w:rsidRDefault="005F0083" w:rsidP="005F0083">
      <w:pPr>
        <w:ind w:left="3600"/>
      </w:pPr>
      <w:r>
        <w:t xml:space="preserve">   </w:t>
      </w:r>
      <w:r w:rsidR="00FA352F">
        <w:t xml:space="preserve">Designer: </w:t>
      </w:r>
      <w:r>
        <w:t>George Nelson</w:t>
      </w:r>
      <w:r w:rsidR="00FA352F">
        <w:br/>
      </w:r>
      <w:r>
        <w:t xml:space="preserve">   </w:t>
      </w:r>
      <w:r w:rsidR="00FA352F">
        <w:t>Maker: Vitra Design Museum</w:t>
      </w:r>
      <w:r w:rsidR="00FA352F">
        <w:br/>
      </w:r>
      <w:r>
        <w:t xml:space="preserve">   </w:t>
      </w:r>
      <w:r w:rsidR="00FA352F">
        <w:t xml:space="preserve">Material: </w:t>
      </w:r>
      <w:r>
        <w:t>varnished steel tubing, aluminum, leather</w:t>
      </w:r>
      <w:r w:rsidR="00FA352F">
        <w:br/>
      </w:r>
      <w:r>
        <w:t xml:space="preserve">   </w:t>
      </w:r>
      <w:r w:rsidR="00FA352F">
        <w:t xml:space="preserve">Donor: </w:t>
      </w:r>
      <w:r>
        <w:t>Al Stone Fund</w:t>
      </w:r>
    </w:p>
    <w:p w14:paraId="7B6405A1" w14:textId="757FD2DA" w:rsidR="00743C25" w:rsidRDefault="00743C25" w:rsidP="00FA352F">
      <w:pPr>
        <w:ind w:left="4320"/>
      </w:pPr>
    </w:p>
    <w:p w14:paraId="138FF6AA" w14:textId="65B0A382" w:rsidR="00743C25" w:rsidRDefault="00743C25" w:rsidP="00FA352F">
      <w:pPr>
        <w:ind w:left="4320"/>
      </w:pPr>
    </w:p>
    <w:p w14:paraId="5475C9DE" w14:textId="4C6FEBBA" w:rsidR="00743C25" w:rsidRDefault="00743C25" w:rsidP="00FA352F">
      <w:pPr>
        <w:ind w:left="4320"/>
      </w:pPr>
      <w:r>
        <w:rPr>
          <w:noProof/>
        </w:rPr>
        <w:drawing>
          <wp:anchor distT="0" distB="0" distL="114300" distR="114300" simplePos="0" relativeHeight="251644416" behindDoc="1" locked="0" layoutInCell="1" allowOverlap="1" wp14:anchorId="26B1CE4F" wp14:editId="6F25441D">
            <wp:simplePos x="0" y="0"/>
            <wp:positionH relativeFrom="column">
              <wp:posOffset>2316480</wp:posOffset>
            </wp:positionH>
            <wp:positionV relativeFrom="paragraph">
              <wp:posOffset>83820</wp:posOffset>
            </wp:positionV>
            <wp:extent cx="3535680" cy="3840480"/>
            <wp:effectExtent l="0" t="0" r="7620" b="7620"/>
            <wp:wrapNone/>
            <wp:docPr id="385338637" name="Picture 20" descr="Ball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38637" name="Picture 20" descr="Ball Chair"/>
                    <pic:cNvPicPr/>
                  </pic:nvPicPr>
                  <pic:blipFill rotWithShape="1">
                    <a:blip r:embed="rId23"/>
                    <a:srcRect l="18332" t="30000" r="17223"/>
                    <a:stretch>
                      <a:fillRect/>
                    </a:stretch>
                  </pic:blipFill>
                  <pic:spPr bwMode="auto">
                    <a:xfrm>
                      <a:off x="0" y="0"/>
                      <a:ext cx="3535680" cy="3840480"/>
                    </a:xfrm>
                    <a:prstGeom prst="rect">
                      <a:avLst/>
                    </a:prstGeom>
                    <a:ln>
                      <a:noFill/>
                    </a:ln>
                    <a:extLst>
                      <a:ext uri="{53640926-AAD7-44D8-BBD7-CCE9431645EC}">
                        <a14:shadowObscured xmlns:a14="http://schemas.microsoft.com/office/drawing/2010/main"/>
                      </a:ext>
                    </a:extLst>
                  </pic:spPr>
                </pic:pic>
              </a:graphicData>
            </a:graphic>
          </wp:anchor>
        </w:drawing>
      </w:r>
    </w:p>
    <w:p w14:paraId="13957D28" w14:textId="77777777" w:rsidR="00743C25" w:rsidRDefault="00743C25" w:rsidP="00FA352F">
      <w:pPr>
        <w:ind w:left="4320"/>
      </w:pPr>
    </w:p>
    <w:p w14:paraId="3BAEE213" w14:textId="77777777" w:rsidR="00743C25" w:rsidRDefault="00743C25" w:rsidP="00FA352F">
      <w:pPr>
        <w:ind w:left="4320"/>
      </w:pPr>
    </w:p>
    <w:p w14:paraId="4127F585" w14:textId="77777777" w:rsidR="00743C25" w:rsidRPr="001F7A3A" w:rsidRDefault="00743C25" w:rsidP="00743C25">
      <w:pPr>
        <w:pStyle w:val="Heading2"/>
        <w:rPr>
          <w:color w:val="244061" w:themeColor="accent1" w:themeShade="80"/>
        </w:rPr>
      </w:pPr>
    </w:p>
    <w:p w14:paraId="3D20FDF2" w14:textId="3502C58F" w:rsidR="00743C25" w:rsidRPr="001F7A3A" w:rsidRDefault="00743C25" w:rsidP="00743C25">
      <w:pPr>
        <w:pStyle w:val="Heading2"/>
        <w:rPr>
          <w:color w:val="244061" w:themeColor="accent1" w:themeShade="80"/>
        </w:rPr>
      </w:pPr>
      <w:r w:rsidRPr="001F7A3A">
        <w:rPr>
          <w:color w:val="244061" w:themeColor="accent1" w:themeShade="80"/>
        </w:rPr>
        <w:t>2012.5; Ball Chair, 1965</w:t>
      </w:r>
    </w:p>
    <w:p w14:paraId="35BAFB84" w14:textId="36DB1F8E" w:rsidR="00743C25" w:rsidRDefault="00743C25" w:rsidP="00743C25">
      <w:r>
        <w:t xml:space="preserve">Designer: </w:t>
      </w:r>
      <w:r w:rsidR="005F0083">
        <w:t>Eero Aarnio</w:t>
      </w:r>
      <w:r>
        <w:br/>
        <w:t>Maker: Vitra Design Museum</w:t>
      </w:r>
      <w:r>
        <w:br/>
        <w:t>Material:</w:t>
      </w:r>
      <w:r w:rsidR="005F0083">
        <w:t xml:space="preserve"> fiberglass, aluminum, fabric</w:t>
      </w:r>
      <w:r>
        <w:br/>
        <w:t xml:space="preserve">Donor: </w:t>
      </w:r>
      <w:r w:rsidR="005F0083">
        <w:t>Al Stone Fund</w:t>
      </w:r>
    </w:p>
    <w:p w14:paraId="5B754691" w14:textId="77777777" w:rsidR="00743C25" w:rsidRDefault="00743C25" w:rsidP="00FA352F">
      <w:pPr>
        <w:ind w:left="4320"/>
      </w:pPr>
    </w:p>
    <w:p w14:paraId="3F34B4EE" w14:textId="77777777" w:rsidR="00743C25" w:rsidRDefault="00743C25"/>
    <w:p w14:paraId="794E1E88" w14:textId="7AC7BF78" w:rsidR="005F0083" w:rsidRPr="001F7A3A" w:rsidRDefault="005F0083" w:rsidP="00085A73">
      <w:pPr>
        <w:pStyle w:val="Heading2"/>
        <w:rPr>
          <w:color w:val="244061" w:themeColor="accent1" w:themeShade="80"/>
        </w:rPr>
      </w:pPr>
      <w:r>
        <w:rPr>
          <w:noProof/>
        </w:rPr>
        <w:lastRenderedPageBreak/>
        <w:drawing>
          <wp:anchor distT="0" distB="0" distL="114300" distR="114300" simplePos="0" relativeHeight="251648512" behindDoc="1" locked="0" layoutInCell="1" allowOverlap="1" wp14:anchorId="3BBCADDC" wp14:editId="32F50314">
            <wp:simplePos x="0" y="0"/>
            <wp:positionH relativeFrom="column">
              <wp:posOffset>3011170</wp:posOffset>
            </wp:positionH>
            <wp:positionV relativeFrom="paragraph">
              <wp:posOffset>-499110</wp:posOffset>
            </wp:positionV>
            <wp:extent cx="2787256" cy="2575560"/>
            <wp:effectExtent l="0" t="0" r="0" b="0"/>
            <wp:wrapNone/>
            <wp:docPr id="222827573" name="Picture 21" descr="RAR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27573" name="Picture 21" descr="RAR 1950"/>
                    <pic:cNvPicPr/>
                  </pic:nvPicPr>
                  <pic:blipFill rotWithShape="1">
                    <a:blip r:embed="rId24"/>
                    <a:srcRect l="26944" t="5057" r="2499"/>
                    <a:stretch>
                      <a:fillRect/>
                    </a:stretch>
                  </pic:blipFill>
                  <pic:spPr bwMode="auto">
                    <a:xfrm>
                      <a:off x="0" y="0"/>
                      <a:ext cx="2787256" cy="2575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D7A43A" w14:textId="26E6AEAC" w:rsidR="00085A73" w:rsidRPr="001F7A3A" w:rsidRDefault="00085A73" w:rsidP="00085A73">
      <w:pPr>
        <w:pStyle w:val="Heading2"/>
        <w:rPr>
          <w:color w:val="244061" w:themeColor="accent1" w:themeShade="80"/>
        </w:rPr>
      </w:pPr>
      <w:r w:rsidRPr="001F7A3A">
        <w:rPr>
          <w:color w:val="244061" w:themeColor="accent1" w:themeShade="80"/>
        </w:rPr>
        <w:t>2012.6; RAR, 1950</w:t>
      </w:r>
    </w:p>
    <w:p w14:paraId="39C403DC" w14:textId="50CB29C0" w:rsidR="00085A73" w:rsidRDefault="00085A73" w:rsidP="00085A73">
      <w:r>
        <w:t xml:space="preserve">Designer: </w:t>
      </w:r>
      <w:r w:rsidR="005F0083">
        <w:t>Charles &amp; Ray Eames</w:t>
      </w:r>
      <w:r>
        <w:br/>
        <w:t>Maker: Vitra Design Museum</w:t>
      </w:r>
      <w:r>
        <w:br/>
        <w:t xml:space="preserve">Material: </w:t>
      </w:r>
      <w:r w:rsidR="005F0083">
        <w:t>plastic, steel wire Eiffel tower base, wood</w:t>
      </w:r>
      <w:r>
        <w:br/>
        <w:t xml:space="preserve">Donor: </w:t>
      </w:r>
      <w:r w:rsidR="001027AA">
        <w:t>Al Stone Fund</w:t>
      </w:r>
    </w:p>
    <w:p w14:paraId="1A0B8DA7" w14:textId="77777777" w:rsidR="00085A73" w:rsidRDefault="00085A73" w:rsidP="00085A73">
      <w:pPr>
        <w:pStyle w:val="Heading2"/>
        <w:ind w:left="3600" w:firstLine="720"/>
      </w:pPr>
    </w:p>
    <w:p w14:paraId="3D8DCFA0" w14:textId="4651E270" w:rsidR="00085A73" w:rsidRDefault="00085A73" w:rsidP="00085A73">
      <w:pPr>
        <w:pStyle w:val="Heading2"/>
        <w:ind w:left="3600" w:firstLine="720"/>
      </w:pPr>
    </w:p>
    <w:p w14:paraId="63770146" w14:textId="16ED9A30" w:rsidR="00085A73" w:rsidRPr="001F7A3A" w:rsidRDefault="00085A73" w:rsidP="00085A73">
      <w:pPr>
        <w:pStyle w:val="Heading2"/>
        <w:ind w:left="3600" w:firstLine="720"/>
        <w:rPr>
          <w:color w:val="244061" w:themeColor="accent1" w:themeShade="80"/>
        </w:rPr>
      </w:pPr>
      <w:r>
        <w:rPr>
          <w:noProof/>
        </w:rPr>
        <w:drawing>
          <wp:anchor distT="0" distB="0" distL="114300" distR="114300" simplePos="0" relativeHeight="251653632" behindDoc="1" locked="0" layoutInCell="1" allowOverlap="1" wp14:anchorId="0C24B3EA" wp14:editId="268044E7">
            <wp:simplePos x="0" y="0"/>
            <wp:positionH relativeFrom="column">
              <wp:posOffset>0</wp:posOffset>
            </wp:positionH>
            <wp:positionV relativeFrom="paragraph">
              <wp:posOffset>133985</wp:posOffset>
            </wp:positionV>
            <wp:extent cx="2652368" cy="3192780"/>
            <wp:effectExtent l="0" t="0" r="0" b="7620"/>
            <wp:wrapNone/>
            <wp:docPr id="1384187235" name="Picture 22" descr="D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87235" name="Picture 22" descr="DKR"/>
                    <pic:cNvPicPr/>
                  </pic:nvPicPr>
                  <pic:blipFill rotWithShape="1">
                    <a:blip r:embed="rId25"/>
                    <a:srcRect l="22639" t="28611" r="18056"/>
                    <a:stretch>
                      <a:fillRect/>
                    </a:stretch>
                  </pic:blipFill>
                  <pic:spPr bwMode="auto">
                    <a:xfrm>
                      <a:off x="0" y="0"/>
                      <a:ext cx="2652368" cy="319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45F796" w14:textId="42F9C2A1" w:rsidR="00085A73" w:rsidRPr="001F7A3A" w:rsidRDefault="00085A73" w:rsidP="00085A73">
      <w:pPr>
        <w:pStyle w:val="Heading2"/>
        <w:ind w:left="3600" w:firstLine="720"/>
        <w:rPr>
          <w:color w:val="244061" w:themeColor="accent1" w:themeShade="80"/>
        </w:rPr>
      </w:pPr>
    </w:p>
    <w:p w14:paraId="3B154E3B" w14:textId="2A1AE831" w:rsidR="00085A73" w:rsidRPr="001F7A3A" w:rsidRDefault="00085A73" w:rsidP="00085A73">
      <w:pPr>
        <w:pStyle w:val="Heading2"/>
        <w:ind w:left="3600" w:firstLine="720"/>
        <w:rPr>
          <w:color w:val="244061" w:themeColor="accent1" w:themeShade="80"/>
        </w:rPr>
      </w:pPr>
    </w:p>
    <w:p w14:paraId="711849E5" w14:textId="7720A98C" w:rsidR="00085A73" w:rsidRPr="001F7A3A" w:rsidRDefault="00085A73" w:rsidP="00085A73">
      <w:pPr>
        <w:pStyle w:val="Heading2"/>
        <w:ind w:left="3600" w:firstLine="720"/>
        <w:rPr>
          <w:color w:val="244061" w:themeColor="accent1" w:themeShade="80"/>
        </w:rPr>
      </w:pPr>
      <w:r w:rsidRPr="001F7A3A">
        <w:rPr>
          <w:color w:val="244061" w:themeColor="accent1" w:themeShade="80"/>
        </w:rPr>
        <w:t>2012.7; DKR, 1951</w:t>
      </w:r>
    </w:p>
    <w:p w14:paraId="4BD7C097" w14:textId="7975AD8C" w:rsidR="00085A73" w:rsidRDefault="00085A73" w:rsidP="00085A73">
      <w:pPr>
        <w:ind w:left="4320"/>
      </w:pPr>
      <w:r>
        <w:t xml:space="preserve">Designer: </w:t>
      </w:r>
      <w:r w:rsidR="001027AA">
        <w:t>Charles &amp; Ray Eames</w:t>
      </w:r>
      <w:r>
        <w:br/>
        <w:t>Maker: Vitra Design Museum</w:t>
      </w:r>
      <w:r>
        <w:br/>
        <w:t xml:space="preserve">Material: </w:t>
      </w:r>
      <w:r w:rsidR="001027AA">
        <w:t>chromium</w:t>
      </w:r>
      <w:r w:rsidR="00E1206D">
        <w:t>-</w:t>
      </w:r>
      <w:r w:rsidR="001027AA">
        <w:t>plated steel wire</w:t>
      </w:r>
      <w:r>
        <w:br/>
        <w:t xml:space="preserve">Donor: </w:t>
      </w:r>
      <w:r w:rsidR="001027AA">
        <w:t>Al Stone Fund</w:t>
      </w:r>
    </w:p>
    <w:p w14:paraId="40AB51B7" w14:textId="1AF94CDB" w:rsidR="00085A73" w:rsidRDefault="00085A73" w:rsidP="00085A73">
      <w:pPr>
        <w:pStyle w:val="Heading2"/>
      </w:pPr>
    </w:p>
    <w:p w14:paraId="23B8DF1A" w14:textId="7A470C11" w:rsidR="00085A73" w:rsidRDefault="00085A73" w:rsidP="00085A73">
      <w:pPr>
        <w:pStyle w:val="Heading2"/>
      </w:pPr>
    </w:p>
    <w:p w14:paraId="51B0F179" w14:textId="426B16AE" w:rsidR="00085A73" w:rsidRPr="001F7A3A" w:rsidRDefault="00085A73" w:rsidP="00085A73">
      <w:pPr>
        <w:pStyle w:val="Heading2"/>
        <w:rPr>
          <w:color w:val="244061" w:themeColor="accent1" w:themeShade="80"/>
        </w:rPr>
      </w:pPr>
      <w:r>
        <w:rPr>
          <w:noProof/>
        </w:rPr>
        <w:drawing>
          <wp:anchor distT="0" distB="0" distL="114300" distR="114300" simplePos="0" relativeHeight="251656704" behindDoc="1" locked="0" layoutInCell="1" allowOverlap="1" wp14:anchorId="3A24066D" wp14:editId="48395603">
            <wp:simplePos x="0" y="0"/>
            <wp:positionH relativeFrom="column">
              <wp:posOffset>2788920</wp:posOffset>
            </wp:positionH>
            <wp:positionV relativeFrom="paragraph">
              <wp:posOffset>138430</wp:posOffset>
            </wp:positionV>
            <wp:extent cx="3063240" cy="3063240"/>
            <wp:effectExtent l="0" t="0" r="3810" b="3810"/>
            <wp:wrapNone/>
            <wp:docPr id="1270213129" name="Picture 23" descr="A group of colorful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13129" name="Picture 23" descr="A group of colorful chairs"/>
                    <pic:cNvPicPr/>
                  </pic:nvPicPr>
                  <pic:blipFill>
                    <a:blip r:embed="rId9"/>
                    <a:stretch>
                      <a:fillRect/>
                    </a:stretch>
                  </pic:blipFill>
                  <pic:spPr>
                    <a:xfrm>
                      <a:off x="0" y="0"/>
                      <a:ext cx="3063240" cy="3063240"/>
                    </a:xfrm>
                    <a:prstGeom prst="rect">
                      <a:avLst/>
                    </a:prstGeom>
                  </pic:spPr>
                </pic:pic>
              </a:graphicData>
            </a:graphic>
          </wp:anchor>
        </w:drawing>
      </w:r>
    </w:p>
    <w:p w14:paraId="24F2FB7D" w14:textId="2A19FF7D" w:rsidR="00085A73" w:rsidRPr="001F7A3A" w:rsidRDefault="00085A73" w:rsidP="00085A73">
      <w:pPr>
        <w:pStyle w:val="Heading2"/>
        <w:rPr>
          <w:color w:val="244061" w:themeColor="accent1" w:themeShade="80"/>
        </w:rPr>
      </w:pPr>
    </w:p>
    <w:p w14:paraId="7B28758B" w14:textId="79B310F6" w:rsidR="00085A73" w:rsidRPr="001F7A3A" w:rsidRDefault="00085A73" w:rsidP="00085A73">
      <w:pPr>
        <w:pStyle w:val="Heading2"/>
        <w:rPr>
          <w:color w:val="244061" w:themeColor="accent1" w:themeShade="80"/>
        </w:rPr>
      </w:pPr>
      <w:r w:rsidRPr="001F7A3A">
        <w:rPr>
          <w:color w:val="244061" w:themeColor="accent1" w:themeShade="80"/>
        </w:rPr>
        <w:t>2012.8 a-e; Panton Chairs, 1959/60</w:t>
      </w:r>
    </w:p>
    <w:p w14:paraId="5A324237" w14:textId="59D7AF78" w:rsidR="00085A73" w:rsidRDefault="00085A73" w:rsidP="00085A73">
      <w:r>
        <w:t xml:space="preserve">Designer: </w:t>
      </w:r>
      <w:r w:rsidR="001027AA">
        <w:t>Verner Panton</w:t>
      </w:r>
      <w:r>
        <w:br/>
        <w:t>Maker: Vitra Design Museum</w:t>
      </w:r>
      <w:r>
        <w:br/>
        <w:t xml:space="preserve">Material: </w:t>
      </w:r>
      <w:r w:rsidR="001027AA">
        <w:t>plastic</w:t>
      </w:r>
      <w:r>
        <w:br/>
        <w:t xml:space="preserve">Donor: </w:t>
      </w:r>
      <w:r w:rsidR="001027AA">
        <w:t>Al Stone Fund</w:t>
      </w:r>
    </w:p>
    <w:p w14:paraId="02371EF0" w14:textId="2151FADD" w:rsidR="00085A73" w:rsidRDefault="00085A73">
      <w:r>
        <w:br w:type="page"/>
      </w:r>
    </w:p>
    <w:p w14:paraId="38CB6619" w14:textId="176400C9" w:rsidR="00085A73" w:rsidRPr="001F7A3A" w:rsidRDefault="00085A73" w:rsidP="00085A73">
      <w:pPr>
        <w:pStyle w:val="Heading2"/>
        <w:rPr>
          <w:color w:val="244061" w:themeColor="accent1" w:themeShade="80"/>
        </w:rPr>
      </w:pPr>
      <w:r>
        <w:rPr>
          <w:noProof/>
        </w:rPr>
        <w:lastRenderedPageBreak/>
        <w:drawing>
          <wp:anchor distT="0" distB="0" distL="114300" distR="114300" simplePos="0" relativeHeight="251658752" behindDoc="1" locked="0" layoutInCell="1" allowOverlap="1" wp14:anchorId="0CD390AF" wp14:editId="030F2111">
            <wp:simplePos x="0" y="0"/>
            <wp:positionH relativeFrom="column">
              <wp:posOffset>2788920</wp:posOffset>
            </wp:positionH>
            <wp:positionV relativeFrom="paragraph">
              <wp:posOffset>-464820</wp:posOffset>
            </wp:positionV>
            <wp:extent cx="2221865" cy="2590800"/>
            <wp:effectExtent l="0" t="0" r="6985" b="0"/>
            <wp:wrapNone/>
            <wp:docPr id="1678395888" name="Picture 24" descr="Ant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95888" name="Picture 24" descr="Antony"/>
                    <pic:cNvPicPr/>
                  </pic:nvPicPr>
                  <pic:blipFill rotWithShape="1">
                    <a:blip r:embed="rId26"/>
                    <a:srcRect l="21807" t="31258" r="18748" b="-275"/>
                    <a:stretch>
                      <a:fillRect/>
                    </a:stretch>
                  </pic:blipFill>
                  <pic:spPr bwMode="auto">
                    <a:xfrm>
                      <a:off x="0" y="0"/>
                      <a:ext cx="2221865" cy="2590800"/>
                    </a:xfrm>
                    <a:prstGeom prst="rect">
                      <a:avLst/>
                    </a:prstGeom>
                    <a:ln>
                      <a:noFill/>
                    </a:ln>
                    <a:extLst>
                      <a:ext uri="{53640926-AAD7-44D8-BBD7-CCE9431645EC}">
                        <a14:shadowObscured xmlns:a14="http://schemas.microsoft.com/office/drawing/2010/main"/>
                      </a:ext>
                    </a:extLst>
                  </pic:spPr>
                </pic:pic>
              </a:graphicData>
            </a:graphic>
          </wp:anchor>
        </w:drawing>
      </w:r>
      <w:r w:rsidRPr="001F7A3A">
        <w:rPr>
          <w:color w:val="244061" w:themeColor="accent1" w:themeShade="80"/>
        </w:rPr>
        <w:t>2012.9; Antony, 1950</w:t>
      </w:r>
    </w:p>
    <w:p w14:paraId="6E1899BB" w14:textId="4FA9D485" w:rsidR="00085A73" w:rsidRDefault="00085A73" w:rsidP="00085A73">
      <w:r>
        <w:t xml:space="preserve">Designer: </w:t>
      </w:r>
      <w:r w:rsidR="001027AA">
        <w:t>Jean Prouvé</w:t>
      </w:r>
      <w:r>
        <w:br/>
        <w:t xml:space="preserve">Maker: </w:t>
      </w:r>
      <w:r w:rsidR="001027AA">
        <w:t>V</w:t>
      </w:r>
      <w:r>
        <w:t>itra Design Museum</w:t>
      </w:r>
      <w:r>
        <w:br/>
        <w:t xml:space="preserve">Material: </w:t>
      </w:r>
      <w:r w:rsidR="001027AA">
        <w:t>bent plywood, lacquered steel tubing, steel sheet</w:t>
      </w:r>
      <w:r>
        <w:br/>
        <w:t xml:space="preserve">Donor: </w:t>
      </w:r>
      <w:r w:rsidR="001027AA">
        <w:t>Al Stone Fund</w:t>
      </w:r>
    </w:p>
    <w:p w14:paraId="00373A2B" w14:textId="77777777" w:rsidR="00085A73" w:rsidRDefault="00085A73" w:rsidP="00085A73">
      <w:pPr>
        <w:pStyle w:val="Heading2"/>
        <w:ind w:left="3600" w:firstLine="720"/>
      </w:pPr>
    </w:p>
    <w:p w14:paraId="0021A6B7" w14:textId="3DD02656" w:rsidR="00085A73" w:rsidRDefault="00085A73" w:rsidP="00085A73">
      <w:pPr>
        <w:pStyle w:val="Heading2"/>
        <w:ind w:left="3600" w:firstLine="720"/>
      </w:pPr>
    </w:p>
    <w:p w14:paraId="3A57F62B" w14:textId="1A53DF1A" w:rsidR="00085A73" w:rsidRDefault="00085A73" w:rsidP="00085A73">
      <w:pPr>
        <w:pStyle w:val="Heading2"/>
        <w:ind w:left="3600" w:firstLine="720"/>
      </w:pPr>
    </w:p>
    <w:p w14:paraId="16CE929B" w14:textId="48E891B5" w:rsidR="00085A73" w:rsidRPr="001F7A3A" w:rsidRDefault="00594F33" w:rsidP="00085A73">
      <w:pPr>
        <w:pStyle w:val="Heading2"/>
        <w:ind w:left="3600" w:firstLine="720"/>
        <w:rPr>
          <w:color w:val="244061" w:themeColor="accent1" w:themeShade="80"/>
        </w:rPr>
      </w:pPr>
      <w:r>
        <w:rPr>
          <w:noProof/>
        </w:rPr>
        <w:drawing>
          <wp:anchor distT="0" distB="0" distL="114300" distR="114300" simplePos="0" relativeHeight="251665920" behindDoc="1" locked="0" layoutInCell="1" allowOverlap="1" wp14:anchorId="7546C375" wp14:editId="09347C29">
            <wp:simplePos x="0" y="0"/>
            <wp:positionH relativeFrom="column">
              <wp:posOffset>297180</wp:posOffset>
            </wp:positionH>
            <wp:positionV relativeFrom="paragraph">
              <wp:posOffset>186690</wp:posOffset>
            </wp:positionV>
            <wp:extent cx="1813560" cy="1813560"/>
            <wp:effectExtent l="0" t="0" r="0" b="0"/>
            <wp:wrapNone/>
            <wp:docPr id="1746776342" name="Picture 25" descr="A wooden stool. two pieces connected together, with a curve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76342" name="Picture 25" descr="A wooden stool. two pieces connected together, with a curved top"/>
                    <pic:cNvPicPr/>
                  </pic:nvPicPr>
                  <pic:blipFill>
                    <a:blip r:embed="rId27"/>
                    <a:stretch>
                      <a:fillRect/>
                    </a:stretch>
                  </pic:blipFill>
                  <pic:spPr>
                    <a:xfrm>
                      <a:off x="0" y="0"/>
                      <a:ext cx="1813560" cy="1813560"/>
                    </a:xfrm>
                    <a:prstGeom prst="rect">
                      <a:avLst/>
                    </a:prstGeom>
                  </pic:spPr>
                </pic:pic>
              </a:graphicData>
            </a:graphic>
            <wp14:sizeRelH relativeFrom="margin">
              <wp14:pctWidth>0</wp14:pctWidth>
            </wp14:sizeRelH>
            <wp14:sizeRelV relativeFrom="margin">
              <wp14:pctHeight>0</wp14:pctHeight>
            </wp14:sizeRelV>
          </wp:anchor>
        </w:drawing>
      </w:r>
    </w:p>
    <w:p w14:paraId="5D9E4210" w14:textId="4D1A9A52" w:rsidR="00085A73" w:rsidRPr="001F7A3A" w:rsidRDefault="00594F33" w:rsidP="00085A73">
      <w:pPr>
        <w:pStyle w:val="Heading2"/>
        <w:ind w:left="3600" w:firstLine="720"/>
        <w:rPr>
          <w:color w:val="244061" w:themeColor="accent1" w:themeShade="80"/>
        </w:rPr>
      </w:pPr>
      <w:r w:rsidRPr="001F7A3A">
        <w:rPr>
          <w:color w:val="244061" w:themeColor="accent1" w:themeShade="80"/>
        </w:rPr>
        <w:t>2012.10; Butterfly, 1954</w:t>
      </w:r>
    </w:p>
    <w:p w14:paraId="1B595394" w14:textId="0B55EF5A" w:rsidR="00085A73" w:rsidRDefault="00085A73" w:rsidP="00085A73">
      <w:pPr>
        <w:ind w:left="4320"/>
      </w:pPr>
      <w:r>
        <w:t xml:space="preserve">Designer: </w:t>
      </w:r>
      <w:r w:rsidR="001027AA">
        <w:t>Sori Yanagi</w:t>
      </w:r>
      <w:r>
        <w:br/>
        <w:t>Maker:</w:t>
      </w:r>
      <w:r w:rsidR="001027AA">
        <w:t xml:space="preserve"> </w:t>
      </w:r>
      <w:r>
        <w:t>Vitra Design Museum</w:t>
      </w:r>
      <w:r>
        <w:br/>
        <w:t xml:space="preserve">Material: </w:t>
      </w:r>
      <w:r w:rsidR="001027AA">
        <w:t>bent plywood, brass</w:t>
      </w:r>
      <w:r>
        <w:br/>
        <w:t xml:space="preserve">Donor: </w:t>
      </w:r>
      <w:r w:rsidR="001027AA">
        <w:t>Al Stone Fund</w:t>
      </w:r>
    </w:p>
    <w:p w14:paraId="4F517C97" w14:textId="77777777" w:rsidR="00594F33" w:rsidRDefault="00594F33" w:rsidP="00085A73">
      <w:pPr>
        <w:ind w:left="4320"/>
      </w:pPr>
    </w:p>
    <w:p w14:paraId="2A805E34" w14:textId="2E622CBD" w:rsidR="00594F33" w:rsidRDefault="00594F33" w:rsidP="00085A73">
      <w:pPr>
        <w:ind w:left="4320"/>
      </w:pPr>
      <w:r>
        <w:rPr>
          <w:noProof/>
        </w:rPr>
        <w:drawing>
          <wp:anchor distT="0" distB="0" distL="114300" distR="114300" simplePos="0" relativeHeight="251668992" behindDoc="1" locked="0" layoutInCell="1" allowOverlap="1" wp14:anchorId="708C8F98" wp14:editId="1BCE79D4">
            <wp:simplePos x="0" y="0"/>
            <wp:positionH relativeFrom="column">
              <wp:posOffset>2918460</wp:posOffset>
            </wp:positionH>
            <wp:positionV relativeFrom="paragraph">
              <wp:posOffset>48895</wp:posOffset>
            </wp:positionV>
            <wp:extent cx="3625215" cy="2301240"/>
            <wp:effectExtent l="0" t="0" r="0" b="3810"/>
            <wp:wrapNone/>
            <wp:docPr id="339329283" name="Picture 26" descr="Womb Chair and Ott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29283" name="Picture 26" descr="Womb Chair and Ottoman"/>
                    <pic:cNvPicPr/>
                  </pic:nvPicPr>
                  <pic:blipFill rotWithShape="1">
                    <a:blip r:embed="rId28"/>
                    <a:srcRect t="31250" b="5278"/>
                    <a:stretch>
                      <a:fillRect/>
                    </a:stretch>
                  </pic:blipFill>
                  <pic:spPr bwMode="auto">
                    <a:xfrm>
                      <a:off x="0" y="0"/>
                      <a:ext cx="3625215" cy="2301240"/>
                    </a:xfrm>
                    <a:prstGeom prst="rect">
                      <a:avLst/>
                    </a:prstGeom>
                    <a:ln>
                      <a:noFill/>
                    </a:ln>
                    <a:extLst>
                      <a:ext uri="{53640926-AAD7-44D8-BBD7-CCE9431645EC}">
                        <a14:shadowObscured xmlns:a14="http://schemas.microsoft.com/office/drawing/2010/main"/>
                      </a:ext>
                    </a:extLst>
                  </pic:spPr>
                </pic:pic>
              </a:graphicData>
            </a:graphic>
          </wp:anchor>
        </w:drawing>
      </w:r>
    </w:p>
    <w:p w14:paraId="477841E2" w14:textId="51AE28F7" w:rsidR="00594F33" w:rsidRDefault="00594F33" w:rsidP="00085A73">
      <w:pPr>
        <w:ind w:left="4320"/>
      </w:pPr>
    </w:p>
    <w:p w14:paraId="60FF36C0" w14:textId="5EA595A3" w:rsidR="00594F33" w:rsidRPr="001F7A3A" w:rsidRDefault="00594F33" w:rsidP="00594F33">
      <w:pPr>
        <w:pStyle w:val="Heading2"/>
        <w:rPr>
          <w:color w:val="244061" w:themeColor="accent1" w:themeShade="80"/>
        </w:rPr>
      </w:pPr>
      <w:r w:rsidRPr="001F7A3A">
        <w:rPr>
          <w:color w:val="244061" w:themeColor="accent1" w:themeShade="80"/>
        </w:rPr>
        <w:t>2012.11 a, b; Womb Chair &amp; Ottoman</w:t>
      </w:r>
    </w:p>
    <w:p w14:paraId="39E43E1D" w14:textId="3AA46A7F" w:rsidR="00594F33" w:rsidRDefault="00594F33" w:rsidP="00594F33">
      <w:r>
        <w:t xml:space="preserve">Designer: </w:t>
      </w:r>
      <w:r w:rsidR="001027AA">
        <w:t>Eero Saarinen</w:t>
      </w:r>
      <w:r>
        <w:br/>
        <w:t>Maker: Vitra Design Museum</w:t>
      </w:r>
      <w:r>
        <w:br/>
        <w:t xml:space="preserve">Material: </w:t>
      </w:r>
      <w:r w:rsidR="001027AA">
        <w:t>glass fiber reinforced plastic shell, fabric, chrome</w:t>
      </w:r>
      <w:r>
        <w:br/>
        <w:t xml:space="preserve">Donor: </w:t>
      </w:r>
      <w:r w:rsidR="001027AA">
        <w:t>Al Stone Fund</w:t>
      </w:r>
    </w:p>
    <w:p w14:paraId="34B2F6ED" w14:textId="072C4F5D" w:rsidR="00594F33" w:rsidRDefault="00594F33" w:rsidP="00594F33">
      <w:pPr>
        <w:pStyle w:val="Heading2"/>
        <w:ind w:left="3600" w:firstLine="720"/>
      </w:pPr>
    </w:p>
    <w:p w14:paraId="30142181" w14:textId="0D747AA3" w:rsidR="00594F33" w:rsidRPr="001F7A3A" w:rsidRDefault="00594F33" w:rsidP="00594F33">
      <w:pPr>
        <w:pStyle w:val="Heading2"/>
        <w:ind w:left="3600" w:firstLine="720"/>
        <w:rPr>
          <w:color w:val="244061" w:themeColor="accent1" w:themeShade="80"/>
        </w:rPr>
      </w:pPr>
      <w:r>
        <w:rPr>
          <w:noProof/>
        </w:rPr>
        <w:drawing>
          <wp:anchor distT="0" distB="0" distL="114300" distR="114300" simplePos="0" relativeHeight="251675136" behindDoc="1" locked="0" layoutInCell="1" allowOverlap="1" wp14:anchorId="7C0C1C99" wp14:editId="53BCCE80">
            <wp:simplePos x="0" y="0"/>
            <wp:positionH relativeFrom="column">
              <wp:posOffset>411480</wp:posOffset>
            </wp:positionH>
            <wp:positionV relativeFrom="paragraph">
              <wp:posOffset>40005</wp:posOffset>
            </wp:positionV>
            <wp:extent cx="1935480" cy="2338705"/>
            <wp:effectExtent l="0" t="0" r="7620" b="4445"/>
            <wp:wrapNone/>
            <wp:docPr id="1501733720" name="Picture 27" descr="D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33720" name="Picture 27" descr="DSW"/>
                    <pic:cNvPicPr/>
                  </pic:nvPicPr>
                  <pic:blipFill rotWithShape="1">
                    <a:blip r:embed="rId29"/>
                    <a:srcRect l="20416" t="27917" r="19928"/>
                    <a:stretch>
                      <a:fillRect/>
                    </a:stretch>
                  </pic:blipFill>
                  <pic:spPr bwMode="auto">
                    <a:xfrm>
                      <a:off x="0" y="0"/>
                      <a:ext cx="1936313" cy="23397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6A85FE" w14:textId="20009F64" w:rsidR="00594F33" w:rsidRPr="001F7A3A" w:rsidRDefault="00594F33" w:rsidP="00594F33">
      <w:pPr>
        <w:pStyle w:val="Heading2"/>
        <w:ind w:left="3600" w:firstLine="720"/>
        <w:rPr>
          <w:color w:val="244061" w:themeColor="accent1" w:themeShade="80"/>
        </w:rPr>
      </w:pPr>
    </w:p>
    <w:p w14:paraId="21F90A65" w14:textId="3B036CDF" w:rsidR="00594F33" w:rsidRPr="001F7A3A" w:rsidRDefault="00594F33" w:rsidP="00594F33">
      <w:pPr>
        <w:pStyle w:val="Heading2"/>
        <w:ind w:left="3600" w:firstLine="720"/>
        <w:rPr>
          <w:color w:val="244061" w:themeColor="accent1" w:themeShade="80"/>
        </w:rPr>
      </w:pPr>
    </w:p>
    <w:p w14:paraId="6AC66606" w14:textId="3DACF12D" w:rsidR="00594F33" w:rsidRPr="001F7A3A" w:rsidRDefault="00594F33" w:rsidP="00594F33">
      <w:pPr>
        <w:pStyle w:val="Heading2"/>
        <w:ind w:left="3600" w:firstLine="720"/>
        <w:rPr>
          <w:color w:val="244061" w:themeColor="accent1" w:themeShade="80"/>
        </w:rPr>
      </w:pPr>
      <w:r w:rsidRPr="001F7A3A">
        <w:rPr>
          <w:color w:val="244061" w:themeColor="accent1" w:themeShade="80"/>
        </w:rPr>
        <w:t>2012.12; DSW, 1950</w:t>
      </w:r>
    </w:p>
    <w:p w14:paraId="5844D403" w14:textId="13494322" w:rsidR="00594F33" w:rsidRDefault="00594F33" w:rsidP="00594F33">
      <w:pPr>
        <w:ind w:left="4320"/>
      </w:pPr>
      <w:r>
        <w:t xml:space="preserve">Designer: </w:t>
      </w:r>
      <w:r w:rsidR="001027AA">
        <w:t>Charles &amp; Ray Eames</w:t>
      </w:r>
      <w:r>
        <w:br/>
        <w:t>Maker: Vitra Design Museum</w:t>
      </w:r>
      <w:r>
        <w:br/>
        <w:t xml:space="preserve">Material: </w:t>
      </w:r>
      <w:r w:rsidR="001027AA">
        <w:t>plastic shell, wood, wire</w:t>
      </w:r>
      <w:r>
        <w:br/>
        <w:t xml:space="preserve">Donor: </w:t>
      </w:r>
      <w:r w:rsidR="001027AA">
        <w:t>Al Stone Fund</w:t>
      </w:r>
    </w:p>
    <w:p w14:paraId="775CA7A0" w14:textId="7D41946B" w:rsidR="00594F33" w:rsidRPr="001F7A3A" w:rsidRDefault="00B747CA" w:rsidP="00594F33">
      <w:pPr>
        <w:pStyle w:val="Heading2"/>
        <w:rPr>
          <w:color w:val="244061" w:themeColor="accent1" w:themeShade="80"/>
        </w:rPr>
      </w:pPr>
      <w:r>
        <w:rPr>
          <w:noProof/>
        </w:rPr>
        <w:lastRenderedPageBreak/>
        <w:drawing>
          <wp:anchor distT="0" distB="0" distL="114300" distR="114300" simplePos="0" relativeHeight="251679232" behindDoc="1" locked="0" layoutInCell="1" allowOverlap="1" wp14:anchorId="726C1C84" wp14:editId="46AF4FA0">
            <wp:simplePos x="0" y="0"/>
            <wp:positionH relativeFrom="column">
              <wp:posOffset>2895600</wp:posOffset>
            </wp:positionH>
            <wp:positionV relativeFrom="paragraph">
              <wp:posOffset>-510540</wp:posOffset>
            </wp:positionV>
            <wp:extent cx="2650269" cy="1951990"/>
            <wp:effectExtent l="0" t="0" r="0" b="0"/>
            <wp:wrapNone/>
            <wp:docPr id="1704440471" name="Picture 28" descr="A black and white chair with a curved triangl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40471" name="Picture 28" descr="A black and white chair with a curved triangle shape"/>
                    <pic:cNvPicPr/>
                  </pic:nvPicPr>
                  <pic:blipFill rotWithShape="1">
                    <a:blip r:embed="rId30"/>
                    <a:srcRect l="11003" t="17671"/>
                    <a:stretch>
                      <a:fillRect/>
                    </a:stretch>
                  </pic:blipFill>
                  <pic:spPr bwMode="auto">
                    <a:xfrm>
                      <a:off x="0" y="0"/>
                      <a:ext cx="2650269" cy="1951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7A3A">
        <w:rPr>
          <w:color w:val="244061" w:themeColor="accent1" w:themeShade="80"/>
        </w:rPr>
        <w:t>2012.13; Coconut Chair, 1955</w:t>
      </w:r>
    </w:p>
    <w:p w14:paraId="38978F99" w14:textId="1AFF7E3C" w:rsidR="00594F33" w:rsidRDefault="00594F33" w:rsidP="00594F33">
      <w:r>
        <w:t xml:space="preserve">Designer: </w:t>
      </w:r>
      <w:r w:rsidR="001027AA">
        <w:t>George Nelson</w:t>
      </w:r>
      <w:r>
        <w:br/>
        <w:t>Maker: Vitra Design Museum</w:t>
      </w:r>
      <w:r>
        <w:br/>
        <w:t xml:space="preserve">Material: </w:t>
      </w:r>
      <w:r w:rsidR="001027AA">
        <w:t>steel, glass-fiber reinforced plastic, leather</w:t>
      </w:r>
      <w:r>
        <w:br/>
        <w:t xml:space="preserve">Donor: </w:t>
      </w:r>
      <w:r w:rsidR="001027AA">
        <w:t>Al Stone Fund</w:t>
      </w:r>
    </w:p>
    <w:p w14:paraId="3C0FD085" w14:textId="2D71640D" w:rsidR="00B747CA" w:rsidRDefault="00B747CA" w:rsidP="00B747CA">
      <w:pPr>
        <w:pStyle w:val="Heading2"/>
        <w:ind w:left="3600" w:firstLine="720"/>
      </w:pPr>
    </w:p>
    <w:p w14:paraId="59AE3C4E" w14:textId="15FED208" w:rsidR="00B747CA" w:rsidRPr="001F7A3A" w:rsidRDefault="00B747CA" w:rsidP="00B747CA">
      <w:pPr>
        <w:pStyle w:val="Heading2"/>
        <w:ind w:left="3600" w:firstLine="720"/>
        <w:rPr>
          <w:color w:val="244061" w:themeColor="accent1" w:themeShade="80"/>
        </w:rPr>
      </w:pPr>
      <w:r>
        <w:rPr>
          <w:noProof/>
        </w:rPr>
        <w:drawing>
          <wp:anchor distT="0" distB="0" distL="114300" distR="114300" simplePos="0" relativeHeight="251686400" behindDoc="1" locked="0" layoutInCell="1" allowOverlap="1" wp14:anchorId="038C8F57" wp14:editId="6A81E9E7">
            <wp:simplePos x="0" y="0"/>
            <wp:positionH relativeFrom="column">
              <wp:posOffset>53340</wp:posOffset>
            </wp:positionH>
            <wp:positionV relativeFrom="paragraph">
              <wp:posOffset>134620</wp:posOffset>
            </wp:positionV>
            <wp:extent cx="2683732" cy="2552700"/>
            <wp:effectExtent l="0" t="0" r="2540" b="0"/>
            <wp:wrapNone/>
            <wp:docPr id="1299596231" name="Picture 29" descr="Aluminum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96231" name="Picture 29" descr="Aluminum Chair"/>
                    <pic:cNvPicPr/>
                  </pic:nvPicPr>
                  <pic:blipFill rotWithShape="1">
                    <a:blip r:embed="rId31"/>
                    <a:srcRect l="10278" t="26249" r="12916" b="694"/>
                    <a:stretch>
                      <a:fillRect/>
                    </a:stretch>
                  </pic:blipFill>
                  <pic:spPr bwMode="auto">
                    <a:xfrm>
                      <a:off x="0" y="0"/>
                      <a:ext cx="2683732" cy="255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0709" w14:textId="31713362" w:rsidR="00B747CA" w:rsidRPr="001F7A3A" w:rsidRDefault="00B747CA" w:rsidP="00B747CA">
      <w:pPr>
        <w:pStyle w:val="Heading2"/>
        <w:ind w:left="3600" w:firstLine="720"/>
        <w:rPr>
          <w:color w:val="244061" w:themeColor="accent1" w:themeShade="80"/>
        </w:rPr>
      </w:pPr>
    </w:p>
    <w:p w14:paraId="109423D0" w14:textId="75ACA688" w:rsidR="00B747CA" w:rsidRPr="001F7A3A" w:rsidRDefault="00B747CA" w:rsidP="00B747CA">
      <w:pPr>
        <w:pStyle w:val="Heading2"/>
        <w:ind w:left="3600" w:firstLine="720"/>
        <w:rPr>
          <w:color w:val="244061" w:themeColor="accent1" w:themeShade="80"/>
        </w:rPr>
      </w:pPr>
      <w:r w:rsidRPr="001F7A3A">
        <w:rPr>
          <w:color w:val="244061" w:themeColor="accent1" w:themeShade="80"/>
        </w:rPr>
        <w:t>2012.14; Aluminum Chair, 1958</w:t>
      </w:r>
    </w:p>
    <w:p w14:paraId="1E2E9212" w14:textId="227075EC" w:rsidR="00B747CA" w:rsidRDefault="00B747CA" w:rsidP="00B747CA">
      <w:pPr>
        <w:ind w:left="4320"/>
      </w:pPr>
      <w:r>
        <w:t xml:space="preserve">Designer: </w:t>
      </w:r>
      <w:r w:rsidR="001027AA">
        <w:t>Charles &amp; Ray Eames</w:t>
      </w:r>
      <w:r>
        <w:br/>
        <w:t>Maker: Vitra Design Museum</w:t>
      </w:r>
      <w:r>
        <w:br/>
        <w:t xml:space="preserve">Material: </w:t>
      </w:r>
      <w:r w:rsidR="001027AA">
        <w:t>polished cast aluminum, leather</w:t>
      </w:r>
      <w:r>
        <w:br/>
        <w:t xml:space="preserve">Donor: </w:t>
      </w:r>
      <w:r w:rsidR="001027AA">
        <w:t>Al Stone Fund</w:t>
      </w:r>
    </w:p>
    <w:p w14:paraId="1B81C4AF" w14:textId="2EBF0BAE" w:rsidR="00B747CA" w:rsidRDefault="00B747CA" w:rsidP="00B747CA">
      <w:pPr>
        <w:ind w:left="4320"/>
      </w:pPr>
      <w:r>
        <w:rPr>
          <w:noProof/>
        </w:rPr>
        <w:drawing>
          <wp:anchor distT="0" distB="0" distL="114300" distR="114300" simplePos="0" relativeHeight="251690496" behindDoc="1" locked="0" layoutInCell="1" allowOverlap="1" wp14:anchorId="24282921" wp14:editId="1E9145C0">
            <wp:simplePos x="0" y="0"/>
            <wp:positionH relativeFrom="column">
              <wp:posOffset>2058670</wp:posOffset>
            </wp:positionH>
            <wp:positionV relativeFrom="paragraph">
              <wp:posOffset>135890</wp:posOffset>
            </wp:positionV>
            <wp:extent cx="3572279" cy="2956560"/>
            <wp:effectExtent l="0" t="0" r="9525" b="0"/>
            <wp:wrapNone/>
            <wp:docPr id="256709154" name="Picture 30" descr="La Ch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09154" name="Picture 30" descr="La Chaise"/>
                    <pic:cNvPicPr/>
                  </pic:nvPicPr>
                  <pic:blipFill rotWithShape="1">
                    <a:blip r:embed="rId32"/>
                    <a:srcRect l="4306" t="25972" r="6250"/>
                    <a:stretch>
                      <a:fillRect/>
                    </a:stretch>
                  </pic:blipFill>
                  <pic:spPr bwMode="auto">
                    <a:xfrm>
                      <a:off x="0" y="0"/>
                      <a:ext cx="3572279" cy="295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45C358" w14:textId="0C318544" w:rsidR="00B747CA" w:rsidRPr="001F7A3A" w:rsidRDefault="00B747CA" w:rsidP="00B747CA">
      <w:pPr>
        <w:pStyle w:val="Heading2"/>
        <w:rPr>
          <w:color w:val="244061" w:themeColor="accent1" w:themeShade="80"/>
        </w:rPr>
      </w:pPr>
    </w:p>
    <w:p w14:paraId="581A02EA" w14:textId="0788ED34" w:rsidR="00B747CA" w:rsidRPr="001F7A3A" w:rsidRDefault="00B747CA" w:rsidP="00B747CA">
      <w:pPr>
        <w:pStyle w:val="Heading2"/>
        <w:rPr>
          <w:color w:val="244061" w:themeColor="accent1" w:themeShade="80"/>
        </w:rPr>
      </w:pPr>
    </w:p>
    <w:p w14:paraId="0DB6DF3C" w14:textId="77777777" w:rsidR="001027AA" w:rsidRPr="001F7A3A" w:rsidRDefault="001027AA" w:rsidP="00B747CA">
      <w:pPr>
        <w:pStyle w:val="Heading2"/>
        <w:rPr>
          <w:color w:val="244061" w:themeColor="accent1" w:themeShade="80"/>
        </w:rPr>
      </w:pPr>
    </w:p>
    <w:p w14:paraId="7292D876" w14:textId="6E6E04B1" w:rsidR="00B747CA" w:rsidRPr="001F7A3A" w:rsidRDefault="00B747CA" w:rsidP="00B747CA">
      <w:pPr>
        <w:pStyle w:val="Heading2"/>
        <w:rPr>
          <w:color w:val="244061" w:themeColor="accent1" w:themeShade="80"/>
        </w:rPr>
      </w:pPr>
      <w:r w:rsidRPr="001F7A3A">
        <w:rPr>
          <w:color w:val="244061" w:themeColor="accent1" w:themeShade="80"/>
        </w:rPr>
        <w:t>2012.15; La Chaise, 1948</w:t>
      </w:r>
    </w:p>
    <w:p w14:paraId="068719BC" w14:textId="52B1148B" w:rsidR="00B747CA" w:rsidRDefault="00B747CA" w:rsidP="00B747CA">
      <w:r>
        <w:t xml:space="preserve">Designer: </w:t>
      </w:r>
      <w:r w:rsidR="001027AA">
        <w:t>Charles &amp; Ray Eames</w:t>
      </w:r>
      <w:r>
        <w:br/>
        <w:t>Maker: Vitra Design Museum</w:t>
      </w:r>
      <w:r>
        <w:br/>
        <w:t xml:space="preserve">Material: </w:t>
      </w:r>
      <w:r w:rsidR="001027AA">
        <w:t>fiberglass, iron rods, wood</w:t>
      </w:r>
      <w:r>
        <w:br/>
        <w:t xml:space="preserve">Donor: </w:t>
      </w:r>
      <w:r w:rsidR="001027AA">
        <w:t>Al Stone Fund</w:t>
      </w:r>
    </w:p>
    <w:p w14:paraId="0CF02595" w14:textId="401CBFB8" w:rsidR="00B747CA" w:rsidRDefault="00B747CA" w:rsidP="00B747CA">
      <w:pPr>
        <w:ind w:left="4320"/>
      </w:pPr>
    </w:p>
    <w:p w14:paraId="36F3F8EF" w14:textId="1D51AC35" w:rsidR="00B747CA" w:rsidRDefault="009B4F69" w:rsidP="00B747CA">
      <w:pPr>
        <w:ind w:left="4320"/>
      </w:pPr>
      <w:r>
        <w:rPr>
          <w:noProof/>
        </w:rPr>
        <w:drawing>
          <wp:anchor distT="0" distB="0" distL="114300" distR="114300" simplePos="0" relativeHeight="251697664" behindDoc="1" locked="0" layoutInCell="1" allowOverlap="1" wp14:anchorId="6322BBAD" wp14:editId="580FE28E">
            <wp:simplePos x="0" y="0"/>
            <wp:positionH relativeFrom="column">
              <wp:posOffset>449580</wp:posOffset>
            </wp:positionH>
            <wp:positionV relativeFrom="page">
              <wp:posOffset>7269480</wp:posOffset>
            </wp:positionV>
            <wp:extent cx="2087245" cy="2057400"/>
            <wp:effectExtent l="0" t="0" r="8255" b="0"/>
            <wp:wrapThrough wrapText="bothSides">
              <wp:wrapPolygon edited="0">
                <wp:start x="0" y="0"/>
                <wp:lineTo x="0" y="21400"/>
                <wp:lineTo x="21488" y="21400"/>
                <wp:lineTo x="21488" y="0"/>
                <wp:lineTo x="0" y="0"/>
              </wp:wrapPolygon>
            </wp:wrapThrough>
            <wp:docPr id="929033419" name="Picture 31" descr="A red chair with a ben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33419" name="Picture 31" descr="A red chair with a bent arm"/>
                    <pic:cNvPicPr/>
                  </pic:nvPicPr>
                  <pic:blipFill rotWithShape="1">
                    <a:blip r:embed="rId33"/>
                    <a:srcRect l="15701" t="30595" r="18100" b="4168"/>
                    <a:stretch>
                      <a:fillRect/>
                    </a:stretch>
                  </pic:blipFill>
                  <pic:spPr bwMode="auto">
                    <a:xfrm>
                      <a:off x="0" y="0"/>
                      <a:ext cx="2087245"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AAA975" w14:textId="086E3F75" w:rsidR="00B747CA" w:rsidRPr="001F7A3A" w:rsidRDefault="00B747CA" w:rsidP="00B747CA">
      <w:pPr>
        <w:pStyle w:val="Heading2"/>
        <w:ind w:left="3600" w:firstLine="720"/>
        <w:rPr>
          <w:color w:val="244061" w:themeColor="accent1" w:themeShade="80"/>
        </w:rPr>
      </w:pPr>
    </w:p>
    <w:p w14:paraId="127DDCCB" w14:textId="475830B7" w:rsidR="00B747CA" w:rsidRPr="001F7A3A" w:rsidRDefault="00B747CA" w:rsidP="009B4F69">
      <w:pPr>
        <w:pStyle w:val="Heading2"/>
        <w:rPr>
          <w:color w:val="244061" w:themeColor="accent1" w:themeShade="80"/>
        </w:rPr>
      </w:pPr>
      <w:r w:rsidRPr="001F7A3A">
        <w:rPr>
          <w:color w:val="244061" w:themeColor="accent1" w:themeShade="80"/>
        </w:rPr>
        <w:t>2014.1; DCW, 1945</w:t>
      </w:r>
    </w:p>
    <w:p w14:paraId="018C05C2" w14:textId="72710729" w:rsidR="00B747CA" w:rsidRDefault="00B747CA" w:rsidP="009B4F69">
      <w:r>
        <w:t xml:space="preserve">Designer: </w:t>
      </w:r>
      <w:r w:rsidR="009B4F69">
        <w:t>Charles &amp; Ray Eames</w:t>
      </w:r>
      <w:r>
        <w:br/>
        <w:t>Maker: Vitra Design Museum</w:t>
      </w:r>
      <w:r>
        <w:br/>
        <w:t xml:space="preserve">Material: </w:t>
      </w:r>
      <w:r w:rsidR="009B4F69">
        <w:t>laminated wood, stain</w:t>
      </w:r>
      <w:r>
        <w:br/>
        <w:t xml:space="preserve">Donor: </w:t>
      </w:r>
      <w:r w:rsidR="009B4F69">
        <w:t>David &amp; Terrie Irvin</w:t>
      </w:r>
    </w:p>
    <w:p w14:paraId="4609B841" w14:textId="77777777" w:rsidR="00B747CA" w:rsidRDefault="00B747CA">
      <w:r>
        <w:br w:type="page"/>
      </w:r>
    </w:p>
    <w:p w14:paraId="7A477FDB" w14:textId="03B12FDB" w:rsidR="00B747CA" w:rsidRPr="001F7A3A" w:rsidRDefault="00B747CA" w:rsidP="00B747CA">
      <w:pPr>
        <w:pStyle w:val="Heading2"/>
        <w:rPr>
          <w:color w:val="244061" w:themeColor="accent1" w:themeShade="80"/>
        </w:rPr>
      </w:pPr>
      <w:r>
        <w:rPr>
          <w:noProof/>
        </w:rPr>
        <w:lastRenderedPageBreak/>
        <w:drawing>
          <wp:anchor distT="0" distB="0" distL="114300" distR="114300" simplePos="0" relativeHeight="251699712" behindDoc="1" locked="0" layoutInCell="1" allowOverlap="1" wp14:anchorId="33DFFEAF" wp14:editId="2D53A6EE">
            <wp:simplePos x="0" y="0"/>
            <wp:positionH relativeFrom="column">
              <wp:posOffset>2762250</wp:posOffset>
            </wp:positionH>
            <wp:positionV relativeFrom="paragraph">
              <wp:posOffset>-692785</wp:posOffset>
            </wp:positionV>
            <wp:extent cx="2189525" cy="2407569"/>
            <wp:effectExtent l="0" t="0" r="1270" b="0"/>
            <wp:wrapNone/>
            <wp:docPr id="1958215390" name="Picture 32" descr="L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15390" name="Picture 32" descr="LCM"/>
                    <pic:cNvPicPr/>
                  </pic:nvPicPr>
                  <pic:blipFill rotWithShape="1">
                    <a:blip r:embed="rId34"/>
                    <a:srcRect l="18194" t="26389" r="14862"/>
                    <a:stretch>
                      <a:fillRect/>
                    </a:stretch>
                  </pic:blipFill>
                  <pic:spPr bwMode="auto">
                    <a:xfrm>
                      <a:off x="0" y="0"/>
                      <a:ext cx="2189525" cy="24075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7A3A">
        <w:rPr>
          <w:color w:val="244061" w:themeColor="accent1" w:themeShade="80"/>
        </w:rPr>
        <w:t>2014.2; LCM, 1945/46</w:t>
      </w:r>
    </w:p>
    <w:p w14:paraId="2400EC4C" w14:textId="2C677784" w:rsidR="00B747CA" w:rsidRDefault="00B747CA" w:rsidP="00B747CA">
      <w:r>
        <w:t xml:space="preserve">Designer: </w:t>
      </w:r>
      <w:r w:rsidR="009B4F69">
        <w:t>Charles &amp; Ray Eames</w:t>
      </w:r>
      <w:r>
        <w:br/>
        <w:t>Maker: Vitra Design Museum</w:t>
      </w:r>
      <w:r>
        <w:br/>
        <w:t xml:space="preserve">Material: </w:t>
      </w:r>
      <w:r w:rsidR="009B4F69">
        <w:t>laminated wood, nickel plated tubular steel</w:t>
      </w:r>
      <w:r>
        <w:br/>
        <w:t xml:space="preserve">Donor: </w:t>
      </w:r>
      <w:r w:rsidR="009B4F69">
        <w:t>David &amp; Terrie Irvin</w:t>
      </w:r>
    </w:p>
    <w:p w14:paraId="64B0D4B9" w14:textId="6CDCDF9D" w:rsidR="00B747CA" w:rsidRDefault="00B747CA" w:rsidP="00B747CA">
      <w:pPr>
        <w:ind w:left="4320"/>
      </w:pPr>
    </w:p>
    <w:p w14:paraId="4E63630C" w14:textId="6D388337" w:rsidR="00594F33" w:rsidRDefault="009B4F69">
      <w:r>
        <w:rPr>
          <w:noProof/>
        </w:rPr>
        <w:drawing>
          <wp:anchor distT="0" distB="0" distL="114300" distR="114300" simplePos="0" relativeHeight="251712000" behindDoc="1" locked="0" layoutInCell="1" allowOverlap="1" wp14:anchorId="41E600B5" wp14:editId="1FED325D">
            <wp:simplePos x="0" y="0"/>
            <wp:positionH relativeFrom="column">
              <wp:posOffset>-312420</wp:posOffset>
            </wp:positionH>
            <wp:positionV relativeFrom="page">
              <wp:posOffset>2667000</wp:posOffset>
            </wp:positionV>
            <wp:extent cx="1125220" cy="1478940"/>
            <wp:effectExtent l="0" t="0" r="0" b="6985"/>
            <wp:wrapNone/>
            <wp:docPr id="1065513276" name="Picture 33" descr="S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13276" name="Picture 33" descr="Stool"/>
                    <pic:cNvPicPr/>
                  </pic:nvPicPr>
                  <pic:blipFill rotWithShape="1">
                    <a:blip r:embed="rId35"/>
                    <a:srcRect l="26250" t="30417" r="25555" b="6249"/>
                    <a:stretch>
                      <a:fillRect/>
                    </a:stretch>
                  </pic:blipFill>
                  <pic:spPr bwMode="auto">
                    <a:xfrm>
                      <a:off x="0" y="0"/>
                      <a:ext cx="1125220" cy="1478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68F">
        <w:rPr>
          <w:noProof/>
        </w:rPr>
        <w:drawing>
          <wp:anchor distT="0" distB="0" distL="114300" distR="114300" simplePos="0" relativeHeight="251724288" behindDoc="1" locked="0" layoutInCell="1" allowOverlap="1" wp14:anchorId="792423E2" wp14:editId="6F7B4B96">
            <wp:simplePos x="0" y="0"/>
            <wp:positionH relativeFrom="column">
              <wp:posOffset>1842770</wp:posOffset>
            </wp:positionH>
            <wp:positionV relativeFrom="page">
              <wp:posOffset>2644140</wp:posOffset>
            </wp:positionV>
            <wp:extent cx="1021715" cy="1371600"/>
            <wp:effectExtent l="0" t="0" r="6985" b="0"/>
            <wp:wrapNone/>
            <wp:docPr id="1998589132" name="Picture 35" descr="A wooden stool with a roun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89132" name="Picture 35" descr="A wooden stool with a round top"/>
                    <pic:cNvPicPr/>
                  </pic:nvPicPr>
                  <pic:blipFill rotWithShape="1">
                    <a:blip r:embed="rId36"/>
                    <a:srcRect l="27328" t="28529" r="25225" b="7808"/>
                    <a:stretch>
                      <a:fillRect/>
                    </a:stretch>
                  </pic:blipFill>
                  <pic:spPr bwMode="auto">
                    <a:xfrm>
                      <a:off x="0" y="0"/>
                      <a:ext cx="102171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40551E" w14:textId="179E8551" w:rsidR="00594F33" w:rsidRDefault="00E3768F" w:rsidP="00594F33">
      <w:pPr>
        <w:ind w:left="4320"/>
      </w:pPr>
      <w:r>
        <w:rPr>
          <w:noProof/>
        </w:rPr>
        <w:drawing>
          <wp:anchor distT="0" distB="0" distL="114300" distR="114300" simplePos="0" relativeHeight="251508224" behindDoc="1" locked="0" layoutInCell="1" allowOverlap="1" wp14:anchorId="328B2DDE" wp14:editId="34ED7B67">
            <wp:simplePos x="0" y="0"/>
            <wp:positionH relativeFrom="column">
              <wp:posOffset>708660</wp:posOffset>
            </wp:positionH>
            <wp:positionV relativeFrom="page">
              <wp:posOffset>2667000</wp:posOffset>
            </wp:positionV>
            <wp:extent cx="1181100" cy="1458480"/>
            <wp:effectExtent l="0" t="0" r="0" b="8890"/>
            <wp:wrapNone/>
            <wp:docPr id="542958117" name="Picture 34" descr="S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58117" name="Picture 34" descr="Stool"/>
                    <pic:cNvPicPr/>
                  </pic:nvPicPr>
                  <pic:blipFill rotWithShape="1">
                    <a:blip r:embed="rId37"/>
                    <a:srcRect l="27778" t="35556" r="28333" b="10277"/>
                    <a:stretch>
                      <a:fillRect/>
                    </a:stretch>
                  </pic:blipFill>
                  <pic:spPr bwMode="auto">
                    <a:xfrm>
                      <a:off x="0" y="0"/>
                      <a:ext cx="1181100" cy="1458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57EBFB" w14:textId="3583650D" w:rsidR="00B747CA" w:rsidRPr="001F7A3A" w:rsidRDefault="00E3768F" w:rsidP="009B4F69">
      <w:pPr>
        <w:pStyle w:val="Heading2"/>
        <w:ind w:left="4320" w:firstLine="720"/>
        <w:rPr>
          <w:color w:val="244061" w:themeColor="accent1" w:themeShade="80"/>
        </w:rPr>
      </w:pPr>
      <w:r w:rsidRPr="001F7A3A">
        <w:rPr>
          <w:color w:val="244061" w:themeColor="accent1" w:themeShade="80"/>
        </w:rPr>
        <w:t>2014.3 a, b, c; Stools, 1960</w:t>
      </w:r>
    </w:p>
    <w:p w14:paraId="0E050215" w14:textId="273674F5" w:rsidR="00B747CA" w:rsidRDefault="00B747CA" w:rsidP="009B4F69">
      <w:pPr>
        <w:ind w:left="5040"/>
      </w:pPr>
      <w:r>
        <w:t xml:space="preserve">Designer: </w:t>
      </w:r>
      <w:r w:rsidR="009B4F69">
        <w:t>Charles &amp; Ray Eames</w:t>
      </w:r>
      <w:r>
        <w:br/>
        <w:t>Maker: Vitra Design Museum</w:t>
      </w:r>
      <w:r>
        <w:br/>
        <w:t xml:space="preserve">Material: </w:t>
      </w:r>
      <w:r w:rsidR="009B4F69">
        <w:t>solid walnut, varnish</w:t>
      </w:r>
      <w:r>
        <w:br/>
        <w:t xml:space="preserve">Donor: </w:t>
      </w:r>
      <w:r w:rsidR="009B4F69">
        <w:t>David &amp; Terrie Irvin</w:t>
      </w:r>
    </w:p>
    <w:p w14:paraId="23505D19" w14:textId="523BC43F" w:rsidR="00E3768F" w:rsidRDefault="00E3768F" w:rsidP="00B747CA">
      <w:pPr>
        <w:ind w:left="4320"/>
      </w:pPr>
      <w:r>
        <w:rPr>
          <w:noProof/>
        </w:rPr>
        <w:drawing>
          <wp:anchor distT="0" distB="0" distL="114300" distR="114300" simplePos="0" relativeHeight="251733504" behindDoc="1" locked="0" layoutInCell="1" allowOverlap="1" wp14:anchorId="2D55C07D" wp14:editId="74ADE78F">
            <wp:simplePos x="0" y="0"/>
            <wp:positionH relativeFrom="column">
              <wp:posOffset>3116580</wp:posOffset>
            </wp:positionH>
            <wp:positionV relativeFrom="paragraph">
              <wp:posOffset>6985</wp:posOffset>
            </wp:positionV>
            <wp:extent cx="2133600" cy="2805906"/>
            <wp:effectExtent l="0" t="0" r="0" b="0"/>
            <wp:wrapNone/>
            <wp:docPr id="637715670" name="Picture 36" descr="Johnson Wax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15670" name="Picture 36" descr="Johnson Wax Chair"/>
                    <pic:cNvPicPr/>
                  </pic:nvPicPr>
                  <pic:blipFill rotWithShape="1">
                    <a:blip r:embed="rId38"/>
                    <a:srcRect l="23751" t="29861" r="22916"/>
                    <a:stretch>
                      <a:fillRect/>
                    </a:stretch>
                  </pic:blipFill>
                  <pic:spPr bwMode="auto">
                    <a:xfrm>
                      <a:off x="0" y="0"/>
                      <a:ext cx="2133600" cy="28059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A640A5" w14:textId="5D3E14A9" w:rsidR="00E3768F" w:rsidRDefault="00E3768F" w:rsidP="00B747CA">
      <w:pPr>
        <w:ind w:left="4320"/>
      </w:pPr>
    </w:p>
    <w:p w14:paraId="13FCFDDB" w14:textId="77777777" w:rsidR="009B4F69" w:rsidRPr="001F7A3A" w:rsidRDefault="009B4F69" w:rsidP="00E3768F">
      <w:pPr>
        <w:pStyle w:val="Heading2"/>
        <w:rPr>
          <w:color w:val="244061" w:themeColor="accent1" w:themeShade="80"/>
        </w:rPr>
      </w:pPr>
    </w:p>
    <w:p w14:paraId="78A55C03" w14:textId="61C9C0F9" w:rsidR="00E3768F" w:rsidRPr="001F7A3A" w:rsidRDefault="00E3768F" w:rsidP="009B4F69">
      <w:pPr>
        <w:pStyle w:val="Heading2"/>
        <w:ind w:firstLine="720"/>
        <w:rPr>
          <w:color w:val="244061" w:themeColor="accent1" w:themeShade="80"/>
        </w:rPr>
      </w:pPr>
      <w:r w:rsidRPr="001F7A3A">
        <w:rPr>
          <w:color w:val="244061" w:themeColor="accent1" w:themeShade="80"/>
        </w:rPr>
        <w:t>2015.1; Johnson Wax Chair, 1939</w:t>
      </w:r>
    </w:p>
    <w:p w14:paraId="7AC7CD4E" w14:textId="43D1C6F0" w:rsidR="00E3768F" w:rsidRDefault="00E3768F" w:rsidP="009B4F69">
      <w:pPr>
        <w:ind w:left="720"/>
      </w:pPr>
      <w:r>
        <w:t xml:space="preserve">Designer: </w:t>
      </w:r>
      <w:r w:rsidR="009B4F69">
        <w:t>Frank Llyod Wright</w:t>
      </w:r>
      <w:r>
        <w:br/>
        <w:t>Maker: Vitra Design Museum</w:t>
      </w:r>
      <w:r>
        <w:br/>
        <w:t xml:space="preserve">Material: </w:t>
      </w:r>
      <w:r w:rsidR="009B4F69">
        <w:t>metal, cloth upholstery, cherry wood</w:t>
      </w:r>
      <w:r>
        <w:br/>
        <w:t xml:space="preserve">Donor: </w:t>
      </w:r>
      <w:r w:rsidR="009B4F69">
        <w:t>David &amp; Terrie Irvin</w:t>
      </w:r>
    </w:p>
    <w:p w14:paraId="55B22D20" w14:textId="050655C3" w:rsidR="00E3768F" w:rsidRDefault="00E3768F" w:rsidP="00B747CA">
      <w:pPr>
        <w:ind w:left="4320"/>
      </w:pPr>
    </w:p>
    <w:p w14:paraId="79AD12AF" w14:textId="17942D38" w:rsidR="00E3768F" w:rsidRDefault="00E3768F" w:rsidP="00E3768F">
      <w:pPr>
        <w:pStyle w:val="Heading2"/>
        <w:ind w:left="3600" w:firstLine="720"/>
      </w:pPr>
    </w:p>
    <w:p w14:paraId="072A652F" w14:textId="2A978BA5" w:rsidR="00E3768F" w:rsidRPr="001F7A3A" w:rsidRDefault="009B4F69" w:rsidP="00E3768F">
      <w:pPr>
        <w:pStyle w:val="Heading2"/>
        <w:ind w:left="3600" w:firstLine="720"/>
        <w:rPr>
          <w:color w:val="244061" w:themeColor="accent1" w:themeShade="80"/>
        </w:rPr>
      </w:pPr>
      <w:r>
        <w:rPr>
          <w:noProof/>
        </w:rPr>
        <w:drawing>
          <wp:anchor distT="0" distB="0" distL="114300" distR="114300" simplePos="0" relativeHeight="251739648" behindDoc="1" locked="0" layoutInCell="1" allowOverlap="1" wp14:anchorId="2138689D" wp14:editId="0B6E3194">
            <wp:simplePos x="0" y="0"/>
            <wp:positionH relativeFrom="column">
              <wp:posOffset>-160020</wp:posOffset>
            </wp:positionH>
            <wp:positionV relativeFrom="paragraph">
              <wp:posOffset>261620</wp:posOffset>
            </wp:positionV>
            <wp:extent cx="2270125" cy="2171700"/>
            <wp:effectExtent l="0" t="0" r="0" b="0"/>
            <wp:wrapNone/>
            <wp:docPr id="268838338" name="Picture 37" descr="M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38338" name="Picture 37" descr="MR 20"/>
                    <pic:cNvPicPr/>
                  </pic:nvPicPr>
                  <pic:blipFill rotWithShape="1">
                    <a:blip r:embed="rId39"/>
                    <a:srcRect l="15973" t="28462" r="13981" b="4533"/>
                    <a:stretch>
                      <a:fillRect/>
                    </a:stretch>
                  </pic:blipFill>
                  <pic:spPr bwMode="auto">
                    <a:xfrm>
                      <a:off x="0" y="0"/>
                      <a:ext cx="2270125" cy="217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19A657" w14:textId="77777777" w:rsidR="00E3768F" w:rsidRPr="001F7A3A" w:rsidRDefault="00E3768F" w:rsidP="00E3768F">
      <w:pPr>
        <w:pStyle w:val="Heading2"/>
        <w:ind w:left="3600" w:firstLine="720"/>
        <w:rPr>
          <w:color w:val="244061" w:themeColor="accent1" w:themeShade="80"/>
        </w:rPr>
      </w:pPr>
    </w:p>
    <w:p w14:paraId="58A2878D" w14:textId="5438A1C4" w:rsidR="00E3768F" w:rsidRPr="001F7A3A" w:rsidRDefault="00E3768F" w:rsidP="009B4F69">
      <w:pPr>
        <w:pStyle w:val="Heading2"/>
        <w:ind w:left="2880" w:firstLine="720"/>
        <w:rPr>
          <w:color w:val="244061" w:themeColor="accent1" w:themeShade="80"/>
        </w:rPr>
      </w:pPr>
      <w:r w:rsidRPr="001F7A3A">
        <w:rPr>
          <w:color w:val="244061" w:themeColor="accent1" w:themeShade="80"/>
        </w:rPr>
        <w:t>2015.2; MR 20, 1927</w:t>
      </w:r>
    </w:p>
    <w:p w14:paraId="6E370D7A" w14:textId="386DC977" w:rsidR="00E3768F" w:rsidRDefault="00E3768F" w:rsidP="009B4F69">
      <w:pPr>
        <w:ind w:left="3600"/>
      </w:pPr>
      <w:r>
        <w:t xml:space="preserve">Designer: </w:t>
      </w:r>
      <w:r w:rsidR="009B4F69">
        <w:t>Ludwig Mies van der Rohe</w:t>
      </w:r>
      <w:r>
        <w:br/>
        <w:t>Maker: Vitra Design Museum</w:t>
      </w:r>
      <w:r>
        <w:br/>
        <w:t xml:space="preserve">Material: </w:t>
      </w:r>
      <w:r w:rsidR="009B4F69">
        <w:t>nickel</w:t>
      </w:r>
      <w:r w:rsidR="00CD070F">
        <w:t>-</w:t>
      </w:r>
      <w:r w:rsidR="009B4F69">
        <w:t>plated tubular steel, natural leather</w:t>
      </w:r>
      <w:r>
        <w:br/>
        <w:t xml:space="preserve">Donor: </w:t>
      </w:r>
      <w:r w:rsidR="009B4F69">
        <w:t>David &amp; Terrie Irvin</w:t>
      </w:r>
      <w:r>
        <w:br/>
      </w:r>
    </w:p>
    <w:p w14:paraId="62E85EDA" w14:textId="650E149E" w:rsidR="00E3768F" w:rsidRDefault="00E3768F">
      <w:r>
        <w:br w:type="page"/>
      </w:r>
    </w:p>
    <w:p w14:paraId="21CCE6E5" w14:textId="7C985892" w:rsidR="00E3768F" w:rsidRPr="001F7A3A" w:rsidRDefault="00DB02D2" w:rsidP="00E3768F">
      <w:pPr>
        <w:pStyle w:val="Heading2"/>
        <w:rPr>
          <w:color w:val="244061" w:themeColor="accent1" w:themeShade="80"/>
        </w:rPr>
      </w:pPr>
      <w:r>
        <w:rPr>
          <w:noProof/>
        </w:rPr>
        <w:lastRenderedPageBreak/>
        <w:drawing>
          <wp:anchor distT="0" distB="0" distL="114300" distR="114300" simplePos="0" relativeHeight="251747840" behindDoc="1" locked="0" layoutInCell="1" allowOverlap="1" wp14:anchorId="3E9926A2" wp14:editId="79220C5B">
            <wp:simplePos x="0" y="0"/>
            <wp:positionH relativeFrom="column">
              <wp:posOffset>2994660</wp:posOffset>
            </wp:positionH>
            <wp:positionV relativeFrom="paragraph">
              <wp:posOffset>-723900</wp:posOffset>
            </wp:positionV>
            <wp:extent cx="2712720" cy="2618884"/>
            <wp:effectExtent l="0" t="0" r="0" b="0"/>
            <wp:wrapNone/>
            <wp:docPr id="575323512" name="Picture 38" descr="A blue chair with wooden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23512" name="Picture 38" descr="A blue chair with wooden legs"/>
                    <pic:cNvPicPr/>
                  </pic:nvPicPr>
                  <pic:blipFill rotWithShape="1">
                    <a:blip r:embed="rId40"/>
                    <a:srcRect l="22521" t="32262" r="19896" b="12147"/>
                    <a:stretch>
                      <a:fillRect/>
                    </a:stretch>
                  </pic:blipFill>
                  <pic:spPr bwMode="auto">
                    <a:xfrm>
                      <a:off x="0" y="0"/>
                      <a:ext cx="2712720" cy="26188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68F" w:rsidRPr="001F7A3A">
        <w:rPr>
          <w:color w:val="244061" w:themeColor="accent1" w:themeShade="80"/>
        </w:rPr>
        <w:t>2016.1; Taliesin West Amrchair, 1946</w:t>
      </w:r>
    </w:p>
    <w:p w14:paraId="4CC2AE51" w14:textId="2945E269" w:rsidR="00E3768F" w:rsidRDefault="00E3768F" w:rsidP="00E3768F">
      <w:r>
        <w:t xml:space="preserve">Designer: </w:t>
      </w:r>
      <w:r w:rsidR="009B4F69">
        <w:t>Frank Llyod Wright</w:t>
      </w:r>
      <w:r>
        <w:br/>
        <w:t>Maker: Vitra Design Museum</w:t>
      </w:r>
      <w:r>
        <w:br/>
        <w:t xml:space="preserve">Material: </w:t>
      </w:r>
      <w:r w:rsidR="009B4F69">
        <w:t>birch plywood, maple, textile, copper sheet</w:t>
      </w:r>
      <w:r>
        <w:br/>
        <w:t xml:space="preserve">Donor: </w:t>
      </w:r>
      <w:r w:rsidR="00DB02D2">
        <w:t>David &amp; Terrie Irvin</w:t>
      </w:r>
    </w:p>
    <w:p w14:paraId="0E949440" w14:textId="080F8B17" w:rsidR="00680789" w:rsidRDefault="00680789" w:rsidP="00E3768F"/>
    <w:p w14:paraId="0B295B5F" w14:textId="1C5EE3B2" w:rsidR="00680789" w:rsidRDefault="00680789" w:rsidP="00E3768F"/>
    <w:p w14:paraId="1AE26B7F" w14:textId="52ADBF88" w:rsidR="00680789" w:rsidRDefault="00680789" w:rsidP="00DB02D2"/>
    <w:p w14:paraId="49AA6E3D" w14:textId="2E44FE60" w:rsidR="00680789" w:rsidRPr="001F7A3A" w:rsidRDefault="00DB02D2" w:rsidP="00680789">
      <w:pPr>
        <w:pStyle w:val="Heading2"/>
        <w:ind w:left="3600" w:firstLine="720"/>
        <w:rPr>
          <w:color w:val="244061" w:themeColor="accent1" w:themeShade="80"/>
        </w:rPr>
      </w:pPr>
      <w:r>
        <w:rPr>
          <w:noProof/>
        </w:rPr>
        <w:drawing>
          <wp:anchor distT="0" distB="0" distL="114300" distR="114300" simplePos="0" relativeHeight="251763200" behindDoc="1" locked="0" layoutInCell="1" allowOverlap="1" wp14:anchorId="535BFA10" wp14:editId="20ABC29F">
            <wp:simplePos x="0" y="0"/>
            <wp:positionH relativeFrom="column">
              <wp:posOffset>-434192</wp:posOffset>
            </wp:positionH>
            <wp:positionV relativeFrom="paragraph">
              <wp:posOffset>83185</wp:posOffset>
            </wp:positionV>
            <wp:extent cx="3054837" cy="2529840"/>
            <wp:effectExtent l="0" t="0" r="0" b="3810"/>
            <wp:wrapNone/>
            <wp:docPr id="313273806" name="Picture 39" descr="B3 Wass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73806" name="Picture 39" descr="B3 Wassily"/>
                    <pic:cNvPicPr/>
                  </pic:nvPicPr>
                  <pic:blipFill rotWithShape="1">
                    <a:blip r:embed="rId41"/>
                    <a:srcRect l="16719" t="34345" r="13103" b="7532"/>
                    <a:stretch>
                      <a:fillRect/>
                    </a:stretch>
                  </pic:blipFill>
                  <pic:spPr bwMode="auto">
                    <a:xfrm>
                      <a:off x="0" y="0"/>
                      <a:ext cx="3061231" cy="2535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C475AB" w14:textId="623BE174" w:rsidR="00680789" w:rsidRPr="001F7A3A" w:rsidRDefault="00680789" w:rsidP="00680789">
      <w:pPr>
        <w:pStyle w:val="Heading2"/>
        <w:ind w:left="3600" w:firstLine="720"/>
        <w:rPr>
          <w:color w:val="244061" w:themeColor="accent1" w:themeShade="80"/>
        </w:rPr>
      </w:pPr>
    </w:p>
    <w:p w14:paraId="60A31EDF" w14:textId="2A53F400" w:rsidR="00680789" w:rsidRPr="001F7A3A" w:rsidRDefault="00680789" w:rsidP="00680789">
      <w:pPr>
        <w:pStyle w:val="Heading2"/>
        <w:ind w:left="3600" w:firstLine="720"/>
        <w:rPr>
          <w:color w:val="244061" w:themeColor="accent1" w:themeShade="80"/>
        </w:rPr>
      </w:pPr>
      <w:r w:rsidRPr="001F7A3A">
        <w:rPr>
          <w:color w:val="244061" w:themeColor="accent1" w:themeShade="80"/>
        </w:rPr>
        <w:t>2018.1; B3 Wassily, 1925</w:t>
      </w:r>
    </w:p>
    <w:p w14:paraId="6CE432A4" w14:textId="56D23C2F" w:rsidR="00680789" w:rsidRDefault="00680789" w:rsidP="00680789">
      <w:pPr>
        <w:ind w:left="4320"/>
      </w:pPr>
      <w:r>
        <w:t xml:space="preserve">Designer: </w:t>
      </w:r>
      <w:r w:rsidR="00DB02D2">
        <w:t>Marcel Breuer</w:t>
      </w:r>
      <w:r>
        <w:br/>
        <w:t>Maker: Vitra Design Museum</w:t>
      </w:r>
      <w:r>
        <w:br/>
        <w:t xml:space="preserve">Material: </w:t>
      </w:r>
      <w:r w:rsidR="00DB02D2">
        <w:t>nickel</w:t>
      </w:r>
      <w:r w:rsidR="00CD070F">
        <w:t>-</w:t>
      </w:r>
      <w:r w:rsidR="00DB02D2">
        <w:t>plated tubular steel, leather</w:t>
      </w:r>
      <w:r>
        <w:br/>
        <w:t xml:space="preserve">Donor: </w:t>
      </w:r>
      <w:r w:rsidR="00DB02D2">
        <w:t>David &amp; Terrie Irvin</w:t>
      </w:r>
      <w:r>
        <w:br/>
      </w:r>
    </w:p>
    <w:p w14:paraId="468A547E" w14:textId="6344D745" w:rsidR="00680789" w:rsidRDefault="00680789" w:rsidP="00E3768F"/>
    <w:p w14:paraId="21D3080A" w14:textId="0195679D" w:rsidR="00E3768F" w:rsidRDefault="00E3768F" w:rsidP="00E3768F">
      <w:pPr>
        <w:ind w:left="4320"/>
      </w:pPr>
    </w:p>
    <w:p w14:paraId="5014212A" w14:textId="25095DCA" w:rsidR="00680789" w:rsidRDefault="00680789" w:rsidP="00E3768F">
      <w:pPr>
        <w:ind w:left="4320"/>
      </w:pPr>
    </w:p>
    <w:p w14:paraId="2690A985" w14:textId="735FC6E0" w:rsidR="00680789" w:rsidRDefault="00DB02D2" w:rsidP="00E3768F">
      <w:pPr>
        <w:ind w:left="4320"/>
      </w:pPr>
      <w:r>
        <w:rPr>
          <w:noProof/>
        </w:rPr>
        <w:drawing>
          <wp:anchor distT="0" distB="0" distL="114300" distR="114300" simplePos="0" relativeHeight="251774464" behindDoc="1" locked="0" layoutInCell="1" allowOverlap="1" wp14:anchorId="7A873B6E" wp14:editId="2DCA37DF">
            <wp:simplePos x="0" y="0"/>
            <wp:positionH relativeFrom="column">
              <wp:posOffset>2453640</wp:posOffset>
            </wp:positionH>
            <wp:positionV relativeFrom="paragraph">
              <wp:posOffset>56515</wp:posOffset>
            </wp:positionV>
            <wp:extent cx="2423160" cy="2920826"/>
            <wp:effectExtent l="0" t="0" r="0" b="0"/>
            <wp:wrapNone/>
            <wp:docPr id="1688028996" name="Picture 40" descr="A white chair with black metal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28996" name="Picture 40" descr="A white chair with black metal legs"/>
                    <pic:cNvPicPr/>
                  </pic:nvPicPr>
                  <pic:blipFill rotWithShape="1">
                    <a:blip r:embed="rId42"/>
                    <a:srcRect l="21389" t="31528" r="21806"/>
                    <a:stretch>
                      <a:fillRect/>
                    </a:stretch>
                  </pic:blipFill>
                  <pic:spPr bwMode="auto">
                    <a:xfrm>
                      <a:off x="0" y="0"/>
                      <a:ext cx="2423160" cy="29208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75F232" w14:textId="77777777" w:rsidR="00680789" w:rsidRDefault="00680789" w:rsidP="00E3768F">
      <w:pPr>
        <w:ind w:left="4320"/>
      </w:pPr>
    </w:p>
    <w:p w14:paraId="69B4E55B" w14:textId="77777777" w:rsidR="00DB02D2" w:rsidRPr="001F7A3A" w:rsidRDefault="00DB02D2" w:rsidP="00680789">
      <w:pPr>
        <w:pStyle w:val="Heading2"/>
        <w:rPr>
          <w:color w:val="244061" w:themeColor="accent1" w:themeShade="80"/>
        </w:rPr>
      </w:pPr>
    </w:p>
    <w:p w14:paraId="7F1B9B89" w14:textId="3C5D7DEE" w:rsidR="00680789" w:rsidRPr="001F7A3A" w:rsidRDefault="00680789" w:rsidP="00DB02D2">
      <w:pPr>
        <w:pStyle w:val="Heading2"/>
        <w:ind w:firstLine="720"/>
        <w:rPr>
          <w:color w:val="244061" w:themeColor="accent1" w:themeShade="80"/>
        </w:rPr>
      </w:pPr>
      <w:r w:rsidRPr="001F7A3A">
        <w:rPr>
          <w:color w:val="244061" w:themeColor="accent1" w:themeShade="80"/>
        </w:rPr>
        <w:t>2018.2; Stuhl W 1, 1926</w:t>
      </w:r>
    </w:p>
    <w:p w14:paraId="612AC3DD" w14:textId="2FA04ED9" w:rsidR="00680789" w:rsidRDefault="00680789" w:rsidP="00DB02D2">
      <w:pPr>
        <w:ind w:left="720"/>
      </w:pPr>
      <w:r>
        <w:t xml:space="preserve">Designer: </w:t>
      </w:r>
      <w:r w:rsidR="00DB02D2">
        <w:t>Mart Stam</w:t>
      </w:r>
      <w:r>
        <w:br/>
        <w:t>Maker: Vitra Design Museum</w:t>
      </w:r>
      <w:r>
        <w:br/>
        <w:t xml:space="preserve">Material: </w:t>
      </w:r>
      <w:r w:rsidR="00DB02D2">
        <w:t>lacquered tubular steel, fabric bands</w:t>
      </w:r>
      <w:r>
        <w:br/>
        <w:t xml:space="preserve">Donor: </w:t>
      </w:r>
      <w:r w:rsidR="00DB02D2">
        <w:t>David &amp; Terrie Irvin</w:t>
      </w:r>
    </w:p>
    <w:p w14:paraId="618FD125" w14:textId="5123BFFF" w:rsidR="00680789" w:rsidRDefault="00680789" w:rsidP="00680789">
      <w:r>
        <w:br w:type="page"/>
      </w:r>
    </w:p>
    <w:p w14:paraId="45C09370" w14:textId="0E9B3F9F" w:rsidR="00680789" w:rsidRPr="001F7A3A" w:rsidRDefault="00DB02D2" w:rsidP="00DB02D2">
      <w:pPr>
        <w:pStyle w:val="Heading2"/>
        <w:ind w:left="2880" w:firstLine="720"/>
        <w:rPr>
          <w:color w:val="244061" w:themeColor="accent1" w:themeShade="80"/>
        </w:rPr>
      </w:pPr>
      <w:r>
        <w:rPr>
          <w:noProof/>
        </w:rPr>
        <w:lastRenderedPageBreak/>
        <w:drawing>
          <wp:anchor distT="0" distB="0" distL="114300" distR="114300" simplePos="0" relativeHeight="251812352" behindDoc="1" locked="0" layoutInCell="1" allowOverlap="1" wp14:anchorId="67AB066E" wp14:editId="7AC8A885">
            <wp:simplePos x="0" y="0"/>
            <wp:positionH relativeFrom="column">
              <wp:posOffset>-7620</wp:posOffset>
            </wp:positionH>
            <wp:positionV relativeFrom="paragraph">
              <wp:posOffset>-91440</wp:posOffset>
            </wp:positionV>
            <wp:extent cx="5577840" cy="3422015"/>
            <wp:effectExtent l="0" t="0" r="3810" b="6985"/>
            <wp:wrapNone/>
            <wp:docPr id="585621871" name="Picture 47" descr="A silver, riveted lounge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21871" name="Picture 47" descr="A silver, riveted lounge chair"/>
                    <pic:cNvPicPr/>
                  </pic:nvPicPr>
                  <pic:blipFill>
                    <a:blip r:embed="rId43"/>
                    <a:stretch>
                      <a:fillRect/>
                    </a:stretch>
                  </pic:blipFill>
                  <pic:spPr>
                    <a:xfrm>
                      <a:off x="0" y="0"/>
                      <a:ext cx="5577840" cy="3422015"/>
                    </a:xfrm>
                    <a:prstGeom prst="rect">
                      <a:avLst/>
                    </a:prstGeom>
                  </pic:spPr>
                </pic:pic>
              </a:graphicData>
            </a:graphic>
          </wp:anchor>
        </w:drawing>
      </w:r>
      <w:r w:rsidR="00680789" w:rsidRPr="001F7A3A">
        <w:rPr>
          <w:color w:val="244061" w:themeColor="accent1" w:themeShade="80"/>
        </w:rPr>
        <w:t>2025.3; Lockheed Lounge, 1986</w:t>
      </w:r>
    </w:p>
    <w:p w14:paraId="07E5027D" w14:textId="5DBDB9CA" w:rsidR="00680789" w:rsidRDefault="00680789" w:rsidP="00DB02D2">
      <w:pPr>
        <w:ind w:left="3600"/>
      </w:pPr>
      <w:r>
        <w:t xml:space="preserve">Designer: </w:t>
      </w:r>
      <w:r w:rsidR="00DB02D2">
        <w:t>Marc Newsom</w:t>
      </w:r>
      <w:r>
        <w:br/>
        <w:t>Maker: Vitra Design Museum</w:t>
      </w:r>
      <w:r>
        <w:br/>
        <w:t xml:space="preserve">Material: </w:t>
      </w:r>
      <w:r w:rsidR="00DB02D2">
        <w:t>fiberglass, rubber, riveted sheet aluminum</w:t>
      </w:r>
      <w:r>
        <w:br/>
        <w:t xml:space="preserve">Donor: </w:t>
      </w:r>
      <w:r w:rsidR="00DB02D2">
        <w:t>David &amp; Terrie Irvin</w:t>
      </w:r>
    </w:p>
    <w:p w14:paraId="2497CB18" w14:textId="7BAC7F6F" w:rsidR="00680789" w:rsidRDefault="00680789" w:rsidP="00DB02D2">
      <w:pPr>
        <w:pStyle w:val="Heading2"/>
      </w:pPr>
    </w:p>
    <w:p w14:paraId="66C62704" w14:textId="22AAAC01" w:rsidR="00DB02D2" w:rsidRDefault="00DB02D2" w:rsidP="00DB02D2"/>
    <w:p w14:paraId="0615B646" w14:textId="2DDCE71E" w:rsidR="00DB02D2" w:rsidRDefault="00DB02D2" w:rsidP="00DB02D2"/>
    <w:p w14:paraId="79712B1E" w14:textId="77777777" w:rsidR="00DB02D2" w:rsidRDefault="00DB02D2" w:rsidP="00DB02D2"/>
    <w:p w14:paraId="042A8545" w14:textId="77777777" w:rsidR="00DB02D2" w:rsidRPr="00DB02D2" w:rsidRDefault="00DB02D2" w:rsidP="00DB02D2"/>
    <w:p w14:paraId="1EDEF19C" w14:textId="1A48E0BF" w:rsidR="00680789" w:rsidRDefault="00680789" w:rsidP="00680789">
      <w:pPr>
        <w:pStyle w:val="Heading2"/>
        <w:ind w:left="3600" w:firstLine="720"/>
      </w:pPr>
    </w:p>
    <w:p w14:paraId="4C71914E" w14:textId="08FBAAE2" w:rsidR="00CE5BAC" w:rsidRPr="001F7A3A" w:rsidRDefault="00CE5BAC" w:rsidP="00680789">
      <w:pPr>
        <w:pStyle w:val="Heading2"/>
        <w:ind w:left="3600" w:firstLine="720"/>
        <w:rPr>
          <w:color w:val="244061" w:themeColor="accent1" w:themeShade="80"/>
        </w:rPr>
      </w:pPr>
      <w:r>
        <w:rPr>
          <w:noProof/>
        </w:rPr>
        <w:drawing>
          <wp:anchor distT="0" distB="0" distL="114300" distR="114300" simplePos="0" relativeHeight="251785728" behindDoc="1" locked="0" layoutInCell="1" allowOverlap="1" wp14:anchorId="5B9C001A" wp14:editId="275334FF">
            <wp:simplePos x="0" y="0"/>
            <wp:positionH relativeFrom="column">
              <wp:posOffset>-640080</wp:posOffset>
            </wp:positionH>
            <wp:positionV relativeFrom="paragraph">
              <wp:posOffset>218440</wp:posOffset>
            </wp:positionV>
            <wp:extent cx="4145280" cy="3052726"/>
            <wp:effectExtent l="0" t="0" r="7620" b="0"/>
            <wp:wrapNone/>
            <wp:docPr id="1921691727" name="Picture 42" descr="A chair and ottoman made out of corrugated car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91727" name="Picture 42" descr="A chair and ottoman made out of corrugated cardboard"/>
                    <pic:cNvPicPr/>
                  </pic:nvPicPr>
                  <pic:blipFill rotWithShape="1">
                    <a:blip r:embed="rId44"/>
                    <a:srcRect t="26357"/>
                    <a:stretch>
                      <a:fillRect/>
                    </a:stretch>
                  </pic:blipFill>
                  <pic:spPr bwMode="auto">
                    <a:xfrm>
                      <a:off x="0" y="0"/>
                      <a:ext cx="4161754" cy="30648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E5BA26" w14:textId="2AC9562C" w:rsidR="00680789" w:rsidRPr="001F7A3A" w:rsidRDefault="00680789" w:rsidP="00680789">
      <w:pPr>
        <w:pStyle w:val="Heading2"/>
        <w:ind w:left="3600" w:firstLine="720"/>
        <w:rPr>
          <w:color w:val="244061" w:themeColor="accent1" w:themeShade="80"/>
        </w:rPr>
      </w:pPr>
    </w:p>
    <w:p w14:paraId="1554A451" w14:textId="77777777" w:rsidR="00DB02D2" w:rsidRPr="001F7A3A" w:rsidRDefault="00DB02D2" w:rsidP="00680789">
      <w:pPr>
        <w:pStyle w:val="Heading2"/>
        <w:ind w:left="3600" w:firstLine="720"/>
        <w:rPr>
          <w:color w:val="244061" w:themeColor="accent1" w:themeShade="80"/>
        </w:rPr>
      </w:pPr>
    </w:p>
    <w:p w14:paraId="4FB64158" w14:textId="528D647B" w:rsidR="00680789" w:rsidRPr="001F7A3A" w:rsidRDefault="00680789" w:rsidP="00C330FD">
      <w:pPr>
        <w:pStyle w:val="Heading2"/>
        <w:ind w:left="5040" w:firstLine="720"/>
        <w:rPr>
          <w:color w:val="244061" w:themeColor="accent1" w:themeShade="80"/>
        </w:rPr>
      </w:pPr>
      <w:r w:rsidRPr="001F7A3A">
        <w:rPr>
          <w:color w:val="244061" w:themeColor="accent1" w:themeShade="80"/>
        </w:rPr>
        <w:t>2025.4; Little Beaver, 1986</w:t>
      </w:r>
    </w:p>
    <w:p w14:paraId="54E90F5A" w14:textId="4B0F3F38" w:rsidR="00CE5BAC" w:rsidRDefault="00CE5BAC" w:rsidP="00C330FD">
      <w:pPr>
        <w:ind w:left="5760"/>
      </w:pPr>
      <w:r>
        <w:t xml:space="preserve">Designer: </w:t>
      </w:r>
      <w:r w:rsidR="00DB02D2">
        <w:t>Frank Gehry</w:t>
      </w:r>
      <w:r>
        <w:br/>
        <w:t>Maker: Vitra Design Museum</w:t>
      </w:r>
      <w:r>
        <w:br/>
        <w:t xml:space="preserve">Material: </w:t>
      </w:r>
      <w:r w:rsidR="00C330FD">
        <w:t>corrugated carboard</w:t>
      </w:r>
      <w:r>
        <w:br/>
        <w:t xml:space="preserve">Donor: </w:t>
      </w:r>
      <w:r w:rsidR="00C330FD">
        <w:t>David &amp; Terrie Irvin</w:t>
      </w:r>
    </w:p>
    <w:p w14:paraId="647C6AAE" w14:textId="5E87D3AB" w:rsidR="00680789" w:rsidRDefault="00680789" w:rsidP="00680789">
      <w:pPr>
        <w:pStyle w:val="Heading2"/>
      </w:pPr>
    </w:p>
    <w:p w14:paraId="16C4E6B7" w14:textId="19020571" w:rsidR="00680789" w:rsidRDefault="00680789" w:rsidP="00680789">
      <w:pPr>
        <w:pStyle w:val="Heading2"/>
      </w:pPr>
    </w:p>
    <w:p w14:paraId="4685F903" w14:textId="33FD922F" w:rsidR="00680789" w:rsidRPr="001F7A3A" w:rsidRDefault="00C330FD" w:rsidP="00680789">
      <w:pPr>
        <w:pStyle w:val="Heading2"/>
        <w:rPr>
          <w:color w:val="244061" w:themeColor="accent1" w:themeShade="80"/>
        </w:rPr>
      </w:pPr>
      <w:r>
        <w:rPr>
          <w:noProof/>
        </w:rPr>
        <w:drawing>
          <wp:anchor distT="0" distB="0" distL="114300" distR="114300" simplePos="0" relativeHeight="251792896" behindDoc="1" locked="0" layoutInCell="1" allowOverlap="1" wp14:anchorId="1A624DAA" wp14:editId="6233776C">
            <wp:simplePos x="0" y="0"/>
            <wp:positionH relativeFrom="column">
              <wp:posOffset>3182620</wp:posOffset>
            </wp:positionH>
            <wp:positionV relativeFrom="paragraph">
              <wp:posOffset>222250</wp:posOffset>
            </wp:positionV>
            <wp:extent cx="2211775" cy="2529840"/>
            <wp:effectExtent l="0" t="0" r="0" b="3810"/>
            <wp:wrapNone/>
            <wp:docPr id="1988464730" name="Picture 43" descr="A wooden chair shaped like a half barrel with slats and a red cush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64730" name="Picture 43" descr="A wooden chair shaped like a half barrel with slats and a red cushion"/>
                    <pic:cNvPicPr/>
                  </pic:nvPicPr>
                  <pic:blipFill rotWithShape="1">
                    <a:blip r:embed="rId45"/>
                    <a:srcRect l="19167" t="28194" r="18056"/>
                    <a:stretch>
                      <a:fillRect/>
                    </a:stretch>
                  </pic:blipFill>
                  <pic:spPr bwMode="auto">
                    <a:xfrm>
                      <a:off x="0" y="0"/>
                      <a:ext cx="2211775" cy="252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1F06F8" w14:textId="1BF22837" w:rsidR="00680789" w:rsidRPr="001F7A3A" w:rsidRDefault="00680789" w:rsidP="00680789">
      <w:pPr>
        <w:pStyle w:val="Heading2"/>
        <w:rPr>
          <w:color w:val="244061" w:themeColor="accent1" w:themeShade="80"/>
        </w:rPr>
      </w:pPr>
    </w:p>
    <w:p w14:paraId="0B5D6FB5" w14:textId="0EF62310" w:rsidR="00680789" w:rsidRPr="001F7A3A" w:rsidRDefault="00680789" w:rsidP="00680789">
      <w:pPr>
        <w:pStyle w:val="Heading2"/>
        <w:rPr>
          <w:color w:val="244061" w:themeColor="accent1" w:themeShade="80"/>
        </w:rPr>
      </w:pPr>
    </w:p>
    <w:p w14:paraId="7DEDDDE6" w14:textId="59BDED50" w:rsidR="00680789" w:rsidRPr="001F7A3A" w:rsidRDefault="00680789" w:rsidP="00680789">
      <w:pPr>
        <w:pStyle w:val="Heading2"/>
        <w:rPr>
          <w:color w:val="244061" w:themeColor="accent1" w:themeShade="80"/>
        </w:rPr>
      </w:pPr>
      <w:r w:rsidRPr="001F7A3A">
        <w:rPr>
          <w:color w:val="244061" w:themeColor="accent1" w:themeShade="80"/>
        </w:rPr>
        <w:t>Uncatalogued; Barrel Chair, 1904</w:t>
      </w:r>
    </w:p>
    <w:p w14:paraId="2966BB5D" w14:textId="637BEFBC" w:rsidR="00680789" w:rsidRDefault="00680789" w:rsidP="00680789">
      <w:r>
        <w:t xml:space="preserve">Designer: </w:t>
      </w:r>
      <w:r w:rsidR="00C330FD">
        <w:t>Frank Llyod Wright</w:t>
      </w:r>
      <w:r>
        <w:br/>
        <w:t>Maker: Vitra Design Museum</w:t>
      </w:r>
      <w:r>
        <w:br/>
        <w:t xml:space="preserve">Material: </w:t>
      </w:r>
      <w:r w:rsidR="00C330FD">
        <w:t>cherrywood, velour cover, plastic glides</w:t>
      </w:r>
      <w:r>
        <w:br/>
      </w:r>
    </w:p>
    <w:p w14:paraId="6111A81B" w14:textId="1A931F44" w:rsidR="00743C25" w:rsidRDefault="00743C25" w:rsidP="00680789">
      <w:pPr>
        <w:ind w:left="4320"/>
      </w:pPr>
    </w:p>
    <w:sectPr w:rsidR="00743C25" w:rsidSect="00456075">
      <w:pgSz w:w="12240" w:h="15840"/>
      <w:pgMar w:top="1440" w:right="1728" w:bottom="1440" w:left="172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737826837">
    <w:abstractNumId w:val="8"/>
  </w:num>
  <w:num w:numId="2" w16cid:durableId="7759827">
    <w:abstractNumId w:val="6"/>
  </w:num>
  <w:num w:numId="3" w16cid:durableId="90201849">
    <w:abstractNumId w:val="5"/>
  </w:num>
  <w:num w:numId="4" w16cid:durableId="748501996">
    <w:abstractNumId w:val="4"/>
  </w:num>
  <w:num w:numId="5" w16cid:durableId="506987185">
    <w:abstractNumId w:val="7"/>
  </w:num>
  <w:num w:numId="6" w16cid:durableId="1417291018">
    <w:abstractNumId w:val="3"/>
  </w:num>
  <w:num w:numId="7" w16cid:durableId="195627225">
    <w:abstractNumId w:val="2"/>
  </w:num>
  <w:num w:numId="8" w16cid:durableId="763182482">
    <w:abstractNumId w:val="1"/>
  </w:num>
  <w:num w:numId="9" w16cid:durableId="619454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17C6"/>
    <w:rsid w:val="00034616"/>
    <w:rsid w:val="0006063C"/>
    <w:rsid w:val="00085A73"/>
    <w:rsid w:val="000A38A6"/>
    <w:rsid w:val="001027AA"/>
    <w:rsid w:val="0015074B"/>
    <w:rsid w:val="001F7A3A"/>
    <w:rsid w:val="0029639D"/>
    <w:rsid w:val="002D25F7"/>
    <w:rsid w:val="00326F90"/>
    <w:rsid w:val="00456075"/>
    <w:rsid w:val="004C402F"/>
    <w:rsid w:val="004F77F6"/>
    <w:rsid w:val="00594F33"/>
    <w:rsid w:val="005F0083"/>
    <w:rsid w:val="00680789"/>
    <w:rsid w:val="00713F36"/>
    <w:rsid w:val="00743C25"/>
    <w:rsid w:val="00781D1D"/>
    <w:rsid w:val="00875116"/>
    <w:rsid w:val="00946505"/>
    <w:rsid w:val="009B4F69"/>
    <w:rsid w:val="00AA1D8D"/>
    <w:rsid w:val="00AE536E"/>
    <w:rsid w:val="00B47730"/>
    <w:rsid w:val="00B747CA"/>
    <w:rsid w:val="00B765FE"/>
    <w:rsid w:val="00C330FD"/>
    <w:rsid w:val="00C94F8D"/>
    <w:rsid w:val="00CB0664"/>
    <w:rsid w:val="00CD070F"/>
    <w:rsid w:val="00CE5BAC"/>
    <w:rsid w:val="00D90302"/>
    <w:rsid w:val="00DB02D2"/>
    <w:rsid w:val="00E1206D"/>
    <w:rsid w:val="00E3768F"/>
    <w:rsid w:val="00EA0379"/>
    <w:rsid w:val="00F353D0"/>
    <w:rsid w:val="00F60BB1"/>
    <w:rsid w:val="00FA352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EBF024"/>
  <w14:defaultImageDpi w14:val="300"/>
  <w15:docId w15:val="{C856C7B6-9AEE-40DA-8B59-FB00EEC2D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jpg"/><Relationship Id="rId21" Type="http://schemas.openxmlformats.org/officeDocument/2006/relationships/image" Target="media/image16.jpg"/><Relationship Id="rId34" Type="http://schemas.openxmlformats.org/officeDocument/2006/relationships/image" Target="media/image29.jpg"/><Relationship Id="rId42" Type="http://schemas.openxmlformats.org/officeDocument/2006/relationships/image" Target="media/image37.jpg"/><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pn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image" Target="media/image35.jpg"/><Relationship Id="rId45" Type="http://schemas.openxmlformats.org/officeDocument/2006/relationships/image" Target="media/image40.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4" Type="http://schemas.openxmlformats.org/officeDocument/2006/relationships/image" Target="media/image39.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 Id="rId43" Type="http://schemas.openxmlformats.org/officeDocument/2006/relationships/image" Target="media/image38.jpg"/><Relationship Id="rId8" Type="http://schemas.openxmlformats.org/officeDocument/2006/relationships/image" Target="media/image3.jp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fontTable" Target="fontTable.xml"/><Relationship Id="rId20" Type="http://schemas.openxmlformats.org/officeDocument/2006/relationships/image" Target="media/image15.jpg"/><Relationship Id="rId4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1137</Words>
  <Characters>6485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7607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Mike OConnor</cp:lastModifiedBy>
  <cp:revision>5</cp:revision>
  <cp:lastPrinted>2025-08-28T16:31:00Z</cp:lastPrinted>
  <dcterms:created xsi:type="dcterms:W3CDTF">2025-08-28T16:01:00Z</dcterms:created>
  <dcterms:modified xsi:type="dcterms:W3CDTF">2025-09-03T18:29:00Z</dcterms:modified>
  <cp:category/>
</cp:coreProperties>
</file>